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keepLines/>
      </w:pPr>
      <w:r>
        <w:rPr/>
        <w:t>Mappory 产品需求文档 PRD v0.6.8</w:t>
      </w:r>
    </w:p>
    <w:p>
      <w:pPr>
        <w:spacing w:before="60" w:after="100"/>
        <w:ind w:left="340" w:right="170"/>
        <w:shd w:fill="F9FAFB"/>
      </w:pPr>
      <w:r>
        <w:rPr>
          <w:i/>
          <w:color w:val="4B5563"/>
        </w:rPr>
        <w:t>文档类型：现状版 PRD（As-built PRD）</w:t>
      </w:r>
    </w:p>
    <w:p>
      <w:pPr>
        <w:spacing w:before="60" w:after="100"/>
        <w:ind w:left="340" w:right="170"/>
        <w:shd w:fill="F9FAFB"/>
      </w:pPr>
      <w:r>
        <w:rPr>
          <w:i/>
          <w:color w:val="4B5563"/>
        </w:rPr>
        <w:t>依据：`mappory-main(1).zip` 当前源码、README、CHANGELOG</w:t>
      </w:r>
    </w:p>
    <w:p>
      <w:pPr>
        <w:spacing w:before="60" w:after="100"/>
        <w:ind w:left="340" w:right="170"/>
        <w:shd w:fill="F9FAFB"/>
      </w:pPr>
      <w:r>
        <w:rPr>
          <w:i/>
          <w:color w:val="4B5563"/>
        </w:rPr>
        <w:t>当前产品状态：v0.6.8 · iOS 交互式 MVP · Expo Go</w:t>
      </w:r>
    </w:p>
    <w:p>
      <w:pPr>
        <w:pBdr>
          <w:bottom w:val="single" w:sz="4" w:space="1" w:color="D1D5DB"/>
        </w:pBdr>
      </w:pPr>
    </w:p>
    <w:p>
      <w:pPr>
        <w:pStyle w:val="Heading1"/>
        <w:keepNext/>
        <w:keepLines/>
      </w:pPr>
      <w:r>
        <w:rPr/>
        <w:t>1. 产品概述</w:t>
      </w:r>
    </w:p>
    <w:p>
      <w:pPr>
        <w:pStyle w:val="Heading2"/>
        <w:keepNext/>
        <w:keepLines/>
      </w:pPr>
      <w:r>
        <w:rPr/>
        <w:t>1.1 产品名称</w:t>
      </w:r>
    </w:p>
    <w:p>
      <w:pPr>
        <w:spacing w:after="100" w:line="276" w:lineRule="auto"/>
      </w:pPr>
      <w:r>
        <w:rPr>
          <w:b/>
        </w:rPr>
        <w:t>Mappory</w:t>
      </w:r>
    </w:p>
    <w:p>
      <w:pPr>
        <w:spacing w:after="100" w:line="276" w:lineRule="auto"/>
      </w:pPr>
      <w:r>
        <w:t>Slogan：</w:t>
      </w:r>
      <w:r>
        <w:rPr>
          <w:b/>
        </w:rPr>
        <w:t>A map for your memories.</w:t>
      </w:r>
    </w:p>
    <w:p>
      <w:pPr>
        <w:pStyle w:val="Heading2"/>
        <w:keepNext/>
        <w:keepLines/>
      </w:pPr>
      <w:r>
        <w:rPr/>
        <w:t>1.2 产品定位</w:t>
      </w:r>
    </w:p>
    <w:p>
      <w:pPr>
        <w:spacing w:after="100" w:line="276" w:lineRule="auto"/>
      </w:pPr>
      <w:r>
        <w:t xml:space="preserve">Mappory 是一个 </w:t>
      </w:r>
      <w:r>
        <w:rPr>
          <w:b/>
        </w:rPr>
        <w:t>photo-first personal geospatial memory archive（以照片为入口的个人地理记忆档案）</w:t>
      </w:r>
      <w:r>
        <w:t>。</w:t>
      </w:r>
    </w:p>
    <w:p>
      <w:pPr>
        <w:spacing w:after="100" w:line="276" w:lineRule="auto"/>
      </w:pPr>
      <w:r>
        <w:t xml:space="preserve">产品不把照片视作孤立媒体文件，而是将一张或多张照片组织成一个 </w:t>
      </w:r>
      <w:r>
        <w:rPr>
          <w:b/>
        </w:rPr>
        <w:t>Memory</w:t>
      </w:r>
      <w:r>
        <w:t>。用户可以通过三个维度重新找到这些 Memory：</w:t>
      </w:r>
    </w:p>
    <w:p>
      <w:pPr>
        <w:pStyle w:val="ListBullet"/>
      </w:pPr>
      <w:r>
        <w:rPr>
          <w:b/>
        </w:rPr>
        <w:t>Space（空间）</w:t>
      </w:r>
      <w:r>
        <w:t>：在地图上按拍摄地点回看；</w:t>
      </w:r>
    </w:p>
    <w:p>
      <w:pPr>
        <w:pStyle w:val="ListBullet"/>
      </w:pPr>
      <w:r>
        <w:rPr>
          <w:b/>
        </w:rPr>
        <w:t>Time（时间）</w:t>
      </w:r>
      <w:r>
        <w:t>：按真实年份 / 月份筛选；</w:t>
      </w:r>
    </w:p>
    <w:p>
      <w:pPr>
        <w:pStyle w:val="ListBullet"/>
      </w:pPr>
      <w:r>
        <w:rPr>
          <w:b/>
        </w:rPr>
        <w:t>Meaning（意义）</w:t>
      </w:r>
      <w:r>
        <w:t>：通过分类、标签、描述、再来意愿组织记忆。</w:t>
      </w:r>
    </w:p>
    <w:p>
      <w:pPr>
        <w:spacing w:after="100" w:line="276" w:lineRule="auto"/>
      </w:pPr>
      <w:r>
        <w:t>核心产品模型：</w:t>
      </w:r>
    </w:p>
    <w:p>
      <w:pPr>
        <w:spacing w:before="60" w:after="100"/>
        <w:ind w:left="340" w:right="170"/>
        <w:shd w:fill="F9FAFB"/>
      </w:pPr>
      <w:r>
        <w:rPr>
          <w:i/>
          <w:color w:val="4B5563"/>
        </w:rPr>
        <w:t>Photo → Memory → Space / Time / Meaning</w:t>
      </w:r>
    </w:p>
    <w:p>
      <w:pPr>
        <w:pStyle w:val="Heading2"/>
        <w:keepNext/>
        <w:keepLines/>
      </w:pPr>
      <w:r>
        <w:rPr/>
        <w:t>1.3 核心产品原则</w:t>
      </w:r>
    </w:p>
    <w:p>
      <w:pPr>
        <w:ind w:left="0" w:firstLine="0"/>
      </w:pPr>
      <w:r>
        <w:t xml:space="preserve">1. </w:t>
      </w:r>
      <w:r>
        <w:rPr>
          <w:b/>
        </w:rPr>
        <w:t>Memory 是基本单位，Photo 是输入。</w:t>
      </w:r>
    </w:p>
    <w:p>
      <w:pPr>
        <w:ind w:left="0" w:firstLine="0"/>
      </w:pPr>
      <w:r>
        <w:t xml:space="preserve">2. </w:t>
      </w:r>
      <w:r>
        <w:rPr>
          <w:b/>
        </w:rPr>
        <w:t>原始照片 GPS 是事实层</w:t>
      </w:r>
      <w:r>
        <w:rPr/>
        <w:t>，地点名称属于展示层；逆地理编码失败时不能覆盖或丢失原坐标。</w:t>
      </w:r>
    </w:p>
    <w:p>
      <w:pPr>
        <w:ind w:left="0" w:firstLine="0"/>
      </w:pPr>
      <w:r>
        <w:t xml:space="preserve">3. </w:t>
      </w:r>
      <w:r>
        <w:rPr>
          <w:b/>
        </w:rPr>
        <w:t>多照片属于同一段 Memory</w:t>
      </w:r>
      <w:r>
        <w:rPr/>
        <w:t>，照片排序第 1 张自动成为地图照片点、列表卡片和详情展示的首图，不再设置独立“封面”。</w:t>
      </w:r>
    </w:p>
    <w:p>
      <w:pPr>
        <w:ind w:left="0" w:firstLine="0"/>
      </w:pPr>
      <w:r>
        <w:t xml:space="preserve">4. </w:t>
      </w:r>
      <w:r>
        <w:rPr>
          <w:b/>
        </w:rPr>
        <w:t>本地优先</w:t>
      </w:r>
      <w:r>
        <w:rPr/>
        <w:t>：Memory 数据与媒体归档均保存在本机，不依赖账号或云端服务。</w:t>
      </w:r>
    </w:p>
    <w:p>
      <w:pPr>
        <w:ind w:left="0" w:firstLine="0"/>
      </w:pPr>
      <w:r>
        <w:t xml:space="preserve">5. </w:t>
      </w:r>
      <w:r>
        <w:rPr>
          <w:b/>
        </w:rPr>
        <w:t>时间索引使用真实年月</w:t>
      </w:r>
      <w:r>
        <w:rPr/>
        <w:t>，不以“照片百分比”等抽象进度代替时间概念。</w:t>
      </w:r>
    </w:p>
    <w:p>
      <w:pPr>
        <w:pBdr>
          <w:bottom w:val="single" w:sz="4" w:space="1" w:color="D1D5DB"/>
        </w:pBdr>
      </w:pPr>
    </w:p>
    <w:p>
      <w:pPr>
        <w:pStyle w:val="Heading1"/>
        <w:keepNext/>
        <w:keepLines/>
      </w:pPr>
      <w:r>
        <w:rPr/>
        <w:t>2. 目标与用户价值</w:t>
      </w:r>
    </w:p>
    <w:p>
      <w:pPr>
        <w:pStyle w:val="Heading2"/>
        <w:keepNext/>
        <w:keepLines/>
      </w:pPr>
      <w:r>
        <w:rPr/>
        <w:t>2.1 用户问题</w:t>
      </w:r>
    </w:p>
    <w:p>
      <w:pPr>
        <w:spacing w:after="100" w:line="276" w:lineRule="auto"/>
      </w:pPr>
      <w:r>
        <w:t>手机相册能够保存大量照片，但长期积累后，用户往往难以从“照片流”中重新理解：</w:t>
      </w:r>
    </w:p>
    <w:p>
      <w:pPr>
        <w:pStyle w:val="ListBullet"/>
      </w:pPr>
      <w:r>
        <w:t>我曾经去过哪里？</w:t>
      </w:r>
    </w:p>
    <w:p>
      <w:pPr>
        <w:pStyle w:val="ListBullet"/>
      </w:pPr>
      <w:r>
        <w:t>某一年 / 某个月发生过什么？</w:t>
      </w:r>
    </w:p>
    <w:p>
      <w:pPr>
        <w:pStyle w:val="ListBullet"/>
      </w:pPr>
      <w:r>
        <w:t>某个地方与我有哪些私人记忆？</w:t>
      </w:r>
    </w:p>
    <w:p>
      <w:pPr>
        <w:pStyle w:val="ListBullet"/>
      </w:pPr>
      <w:r>
        <w:t>哪些地方我还想再去？</w:t>
      </w:r>
    </w:p>
    <w:p>
      <w:pPr>
        <w:spacing w:after="100" w:line="276" w:lineRule="auto"/>
      </w:pPr>
      <w:r>
        <w:t>相册以媒体文件和时间流为主要组织方式，而 Mappory 试图把照片进一步组织成“可回访的记忆单位”。</w:t>
      </w:r>
    </w:p>
    <w:p>
      <w:pPr>
        <w:pStyle w:val="Heading2"/>
        <w:keepNext/>
        <w:keepLines/>
      </w:pPr>
      <w:r>
        <w:rPr/>
        <w:t>2.2 产品目标</w:t>
      </w:r>
    </w:p>
    <w:p>
      <w:pPr>
        <w:spacing w:after="100" w:line="276" w:lineRule="auto"/>
      </w:pPr>
      <w:r>
        <w:t>当前 MVP 需要完成一个最小闭环：</w:t>
      </w:r>
    </w:p>
    <w:p>
      <w:pPr>
        <w:spacing w:before="60" w:after="100"/>
        <w:ind w:left="340" w:right="170"/>
        <w:shd w:fill="F9FAFB"/>
      </w:pPr>
      <w:r>
        <w:rPr>
          <w:i/>
          <w:color w:val="4B5563"/>
        </w:rPr>
        <w:t>从 Apple Photos 选择照片 → 创建 Memory → 保留拍摄时间与地点 → 在地图 / 时间 / 分类中重新找到它 → 查看与编辑 Memory。</w:t>
      </w:r>
    </w:p>
    <w:p>
      <w:pPr>
        <w:pStyle w:val="Heading2"/>
        <w:keepNext/>
        <w:keepLines/>
      </w:pPr>
      <w:r>
        <w:rPr/>
        <w:t>2.3 当前阶段成功标准</w:t>
      </w:r>
    </w:p>
    <w:p>
      <w:pPr>
        <w:spacing w:after="100" w:line="276" w:lineRule="auto"/>
      </w:pPr>
      <w:r>
        <w:t>当前源码没有定义量化业务指标，因此本 PRD 只定义功能成功标准：</w:t>
      </w:r>
    </w:p>
    <w:p>
      <w:pPr>
        <w:pStyle w:val="ListBullet"/>
      </w:pPr>
      <w:r>
        <w:t>用户能够从 iPhone 相册选取 1 张或多张照片创建 Memory；</w:t>
      </w:r>
    </w:p>
    <w:p>
      <w:pPr>
        <w:pStyle w:val="ListBullet"/>
      </w:pPr>
      <w:r>
        <w:t>能保留照片拍摄时间与可用 GPS；</w:t>
      </w:r>
    </w:p>
    <w:p>
      <w:pPr>
        <w:pStyle w:val="ListBullet"/>
      </w:pPr>
      <w:r>
        <w:t>无 GPS 时允许用户手动选择位置；</w:t>
      </w:r>
    </w:p>
    <w:p>
      <w:pPr>
        <w:pStyle w:val="ListBullet"/>
      </w:pPr>
      <w:r>
        <w:t>创建完成后 Memory 可在地图和“记忆”列表中重新找到；</w:t>
      </w:r>
    </w:p>
    <w:p>
      <w:pPr>
        <w:pStyle w:val="ListBullet"/>
      </w:pPr>
      <w:r>
        <w:t>多照片 Memory 可调整照片顺序，并以第 1 张作为展示图；</w:t>
      </w:r>
    </w:p>
    <w:p>
      <w:pPr>
        <w:pStyle w:val="ListBullet"/>
      </w:pPr>
      <w:r>
        <w:t>用户可通过年份、月份和分类筛选 Memory；</w:t>
      </w:r>
    </w:p>
    <w:p>
      <w:pPr>
        <w:pStyle w:val="ListBullet"/>
      </w:pPr>
      <w:r>
        <w:t>Memory 信息、本地归档状态和地点信息可在详情页查看；</w:t>
      </w:r>
    </w:p>
    <w:p>
      <w:pPr>
        <w:pStyle w:val="ListBullet"/>
      </w:pPr>
      <w:r>
        <w:t>用户可以编辑或删除 Memory；</w:t>
      </w:r>
    </w:p>
    <w:p>
      <w:pPr>
        <w:pStyle w:val="ListBullet"/>
      </w:pPr>
      <w:r>
        <w:t>应用重启后数据能够从本地存储恢复。</w:t>
      </w:r>
    </w:p>
    <w:p>
      <w:pPr>
        <w:pBdr>
          <w:bottom w:val="single" w:sz="4" w:space="1" w:color="D1D5DB"/>
        </w:pBdr>
      </w:pPr>
    </w:p>
    <w:p>
      <w:pPr>
        <w:pStyle w:val="Heading1"/>
        <w:keepNext/>
        <w:keepLines/>
      </w:pPr>
      <w:r>
        <w:rPr/>
        <w:t>3. 目标用户与核心场景</w:t>
      </w:r>
    </w:p>
    <w:p>
      <w:pPr>
        <w:pStyle w:val="Heading2"/>
        <w:keepNext/>
        <w:keepLines/>
      </w:pPr>
      <w:r>
        <w:rPr/>
        <w:t>3.1 目标用户</w:t>
      </w:r>
    </w:p>
    <w:p>
      <w:pPr>
        <w:spacing w:after="100" w:line="276" w:lineRule="auto"/>
      </w:pPr>
      <w:r>
        <w:t>当前源码未定义明确人口学画像，结合产品能力，可将核心用户描述为：</w:t>
      </w:r>
    </w:p>
    <w:p>
      <w:pPr>
        <w:spacing w:after="100" w:line="276" w:lineRule="auto"/>
      </w:pPr>
      <w:r>
        <w:rPr>
          <w:b/>
        </w:rPr>
        <w:t>需要长期保存、整理并重新发现个人照片记忆的 iPhone 用户。</w:t>
      </w:r>
    </w:p>
    <w:p>
      <w:pPr>
        <w:spacing w:after="100" w:line="276" w:lineRule="auto"/>
      </w:pPr>
      <w:r>
        <w:t>该描述属于基于现有功能的产品归纳，不是源码中已有的用户研究结论。</w:t>
      </w:r>
    </w:p>
    <w:p>
      <w:pPr>
        <w:pStyle w:val="Heading2"/>
        <w:keepNext/>
        <w:keepLines/>
      </w:pPr>
      <w:r>
        <w:rPr/>
        <w:t>3.2 核心使用场景</w:t>
      </w:r>
    </w:p>
    <w:p>
      <w:pPr>
        <w:pStyle w:val="Heading3"/>
        <w:keepNext/>
        <w:keepLines/>
      </w:pPr>
      <w:r>
        <w:rPr/>
        <w:t>场景 A：旅行 / 日常结束后整理一段 Memory</w:t>
      </w:r>
    </w:p>
    <w:p>
      <w:pPr>
        <w:spacing w:after="100" w:line="276" w:lineRule="auto"/>
      </w:pPr>
      <w:r>
        <w:t>用户从相册选出同一地点或同一段经历的多张照片，整理顺序、补充标题、描述、分类和标签并保存。</w:t>
      </w:r>
    </w:p>
    <w:p>
      <w:pPr>
        <w:pStyle w:val="Heading3"/>
        <w:keepNext/>
        <w:keepLines/>
      </w:pPr>
      <w:r>
        <w:rPr/>
        <w:t>场景 B：通过地点重新发现过去</w:t>
      </w:r>
    </w:p>
    <w:p>
      <w:pPr>
        <w:spacing w:after="100" w:line="276" w:lineRule="auto"/>
      </w:pPr>
      <w:r>
        <w:t>用户进入地图，看到分布在不同地点的 Memory marker，点击后预览并进入详情。</w:t>
      </w:r>
    </w:p>
    <w:p>
      <w:pPr>
        <w:pStyle w:val="Heading3"/>
        <w:keepNext/>
        <w:keepLines/>
      </w:pPr>
      <w:r>
        <w:rPr/>
        <w:t>场景 C：通过时间重新发现过去</w:t>
      </w:r>
    </w:p>
    <w:p>
      <w:pPr>
        <w:spacing w:after="100" w:line="276" w:lineRule="auto"/>
      </w:pPr>
      <w:r>
        <w:t>用户进入“记忆”，选择某一年、某个月，查看当时创建 / 拍摄的 Memory。</w:t>
      </w:r>
    </w:p>
    <w:p>
      <w:pPr>
        <w:pStyle w:val="Heading3"/>
        <w:keepNext/>
        <w:keepLines/>
      </w:pPr>
      <w:r>
        <w:rPr/>
        <w:t>场景 D：通过个人意义重新整理 Memory</w:t>
      </w:r>
    </w:p>
    <w:p>
      <w:pPr>
        <w:spacing w:after="100" w:line="276" w:lineRule="auto"/>
      </w:pPr>
      <w:r>
        <w:t>用户按旅行、食物、咖啡、风景、日常等分类筛选，也可以创建自己的分类和标签。</w:t>
      </w:r>
    </w:p>
    <w:p>
      <w:pPr>
        <w:pBdr>
          <w:bottom w:val="single" w:sz="4" w:space="1" w:color="D1D5DB"/>
        </w:pBdr>
      </w:pPr>
    </w:p>
    <w:p>
      <w:pPr>
        <w:pStyle w:val="Heading1"/>
        <w:keepNext/>
        <w:keepLines/>
      </w:pPr>
      <w:r>
        <w:rPr/>
        <w:t>4. 信息架构</w:t>
      </w:r>
    </w:p>
    <w:p>
      <w:pPr>
        <w:spacing w:after="100" w:line="276" w:lineRule="auto"/>
      </w:pPr>
      <w:r>
        <w:t>当前 MVP 的一级导航只有两个主 Tab，并在中间提供统一的新建入口：</w:t>
      </w:r>
    </w:p>
    <w:p>
      <w:pPr>
        <w:pStyle w:val="PRDCode"/>
        <w:shd w:fill="F3F4F6"/>
      </w:pPr>
      <w:r>
        <w:rPr>
          <w:rFonts w:ascii="Consolas" w:hAnsi="Consolas" w:eastAsia="Microsoft YaHei"/>
          <w:sz w:val="18"/>
        </w:rPr>
        <w:t xml:space="preserve">                 ┌── 地图 Map</w:t>
        <w:br/>
        <w:t>启动页 → 主界面 ─┤</w:t>
        <w:br/>
        <w:t xml:space="preserve">                 └── 记忆 Memories</w:t>
        <w:br/>
        <w:br/>
        <w:t>底部中央：＋ 新建 Memory</w:t>
      </w:r>
    </w:p>
    <w:p>
      <w:pPr>
        <w:spacing w:after="100" w:line="276" w:lineRule="auto"/>
      </w:pPr>
      <w:r>
        <w:t>主要浮层 / 二级页面：</w:t>
      </w:r>
    </w:p>
    <w:p>
      <w:pPr>
        <w:pStyle w:val="PRDCode"/>
        <w:shd w:fill="F3F4F6"/>
      </w:pPr>
      <w:r>
        <w:rPr>
          <w:rFonts w:ascii="Consolas" w:hAnsi="Consolas" w:eastAsia="Microsoft YaHei"/>
          <w:sz w:val="18"/>
        </w:rPr>
        <w:t>＋</w:t>
        <w:br/>
        <w:t>↓</w:t>
        <w:br/>
        <w:t>照片选择器</w:t>
        <w:br/>
        <w:t>↓</w:t>
        <w:br/>
        <w:t>Memory 编辑器</w:t>
        <w:br/>
        <w:t>↓</w:t>
        <w:br/>
        <w:t>保存</w:t>
        <w:br/>
        <w:t>↓</w:t>
        <w:br/>
        <w:t>地图 / 记忆列表</w:t>
        <w:br/>
        <w:br/>
        <w:t>Memory 卡片 / 地图 Marker</w:t>
        <w:br/>
        <w:t>↓</w:t>
        <w:br/>
        <w:t>Memory 详情</w:t>
        <w:br/>
        <w:t>├─ 编辑</w:t>
        <w:br/>
        <w:t>├─ 本地归档 / 重试</w:t>
        <w:br/>
        <w:t>└─ 删除</w:t>
        <w:br/>
        <w:br/>
        <w:t>地图 / 记忆页</w:t>
        <w:br/>
        <w:t>└─ 分类管理</w:t>
      </w:r>
    </w:p>
    <w:p>
      <w:pPr>
        <w:pBdr>
          <w:bottom w:val="single" w:sz="4" w:space="1" w:color="D1D5DB"/>
        </w:pBdr>
      </w:pPr>
    </w:p>
    <w:p>
      <w:pPr>
        <w:pStyle w:val="Heading1"/>
        <w:keepNext/>
        <w:keepLines/>
      </w:pPr>
      <w:r>
        <w:rPr/>
        <w:t>5. 核心数据模型</w:t>
      </w:r>
    </w:p>
    <w:p>
      <w:pPr>
        <w:pStyle w:val="Heading2"/>
        <w:keepNext/>
        <w:keepLines/>
      </w:pPr>
      <w:r>
        <w:rPr/>
        <w:t>5.1 Memory</w:t>
      </w:r>
    </w:p>
    <w:p>
      <w:pPr>
        <w:spacing w:after="100" w:line="276" w:lineRule="auto"/>
      </w:pPr>
      <w:r>
        <w:t>当前代码中的 Memory (</w:t>
      </w:r>
      <w:r>
        <w:rPr>
          <w:rFonts w:ascii="Consolas" w:hAnsi="Consolas" w:eastAsia="Microsoft YaHei"/>
        </w:rPr>
        <w:t>AtlasMemory</w:t>
      </w:r>
      <w:r>
        <w:t>) 至少包含：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shd w:fill="F3F4F6"/>
          </w:tcPr>
          <w:p>
            <w:r>
              <w:rPr>
                <w:b/>
                <w:sz w:val="18"/>
              </w:rPr>
              <w:t>字段</w:t>
            </w:r>
          </w:p>
        </w:tc>
        <w:tc>
          <w:tcPr>
            <w:tcW w:type="dxa" w:w="4873"/>
            <w:vAlign w:val="center"/>
            <w:shd w:fill="F3F4F6"/>
          </w:tcPr>
          <w:p>
            <w:r>
              <w:rPr>
                <w:b/>
                <w:sz w:val="18"/>
              </w:rPr>
              <w:t>含义</w:t>
            </w:r>
          </w:p>
        </w:tc>
      </w:tr>
      <w:tr>
        <w:tc>
          <w:tcPr>
            <w:tcW w:type="dxa" w:w="4873"/>
            <w:vAlign w:val="center"/>
          </w:tcPr>
          <w:p>
            <w:r>
              <w:rPr>
                <w:sz w:val="18"/>
              </w:rPr>
              <w:t>id</w:t>
            </w:r>
          </w:p>
        </w:tc>
        <w:tc>
          <w:tcPr>
            <w:tcW w:type="dxa" w:w="4873"/>
            <w:vAlign w:val="center"/>
          </w:tcPr>
          <w:p>
            <w:r>
              <w:rPr>
                <w:sz w:val="18"/>
              </w:rPr>
              <w:t>Memory 唯一标识</w:t>
            </w:r>
          </w:p>
        </w:tc>
      </w:tr>
      <w:tr>
        <w:tc>
          <w:tcPr>
            <w:tcW w:type="dxa" w:w="4873"/>
            <w:vAlign w:val="center"/>
          </w:tcPr>
          <w:p>
            <w:r>
              <w:rPr>
                <w:sz w:val="18"/>
              </w:rPr>
              <w:t>mediaItems</w:t>
            </w:r>
          </w:p>
        </w:tc>
        <w:tc>
          <w:tcPr>
            <w:tcW w:type="dxa" w:w="4873"/>
            <w:vAlign w:val="center"/>
          </w:tcPr>
          <w:p>
            <w:r>
              <w:rPr>
                <w:sz w:val="18"/>
              </w:rPr>
              <w:t>Memory 中的照片 / Live Photo 列表</w:t>
            </w:r>
          </w:p>
        </w:tc>
      </w:tr>
      <w:tr>
        <w:tc>
          <w:tcPr>
            <w:tcW w:type="dxa" w:w="4873"/>
            <w:vAlign w:val="center"/>
          </w:tcPr>
          <w:p>
            <w:r>
              <w:rPr>
                <w:sz w:val="18"/>
              </w:rPr>
              <w:t>coverMediaId</w:t>
            </w:r>
          </w:p>
        </w:tc>
        <w:tc>
          <w:tcPr>
            <w:tcW w:type="dxa" w:w="4873"/>
            <w:vAlign w:val="center"/>
          </w:tcPr>
          <w:p>
            <w:r>
              <w:rPr>
                <w:sz w:val="18"/>
              </w:rPr>
              <w:t>展示媒体 ID；当前规则等同于排序第 1 张</w:t>
            </w:r>
          </w:p>
        </w:tc>
      </w:tr>
      <w:tr>
        <w:tc>
          <w:tcPr>
            <w:tcW w:type="dxa" w:w="4873"/>
            <w:vAlign w:val="center"/>
          </w:tcPr>
          <w:p>
            <w:r>
              <w:rPr>
                <w:sz w:val="18"/>
              </w:rPr>
              <w:t>title</w:t>
            </w:r>
          </w:p>
        </w:tc>
        <w:tc>
          <w:tcPr>
            <w:tcW w:type="dxa" w:w="4873"/>
            <w:vAlign w:val="center"/>
          </w:tcPr>
          <w:p>
            <w:r>
              <w:rPr>
                <w:sz w:val="18"/>
              </w:rPr>
              <w:t>Memory 标题</w:t>
            </w:r>
          </w:p>
        </w:tc>
      </w:tr>
      <w:tr>
        <w:tc>
          <w:tcPr>
            <w:tcW w:type="dxa" w:w="4873"/>
            <w:vAlign w:val="center"/>
          </w:tcPr>
          <w:p>
            <w:r>
              <w:rPr>
                <w:sz w:val="18"/>
              </w:rPr>
              <w:t>note</w:t>
            </w:r>
          </w:p>
        </w:tc>
        <w:tc>
          <w:tcPr>
            <w:tcW w:type="dxa" w:w="4873"/>
            <w:vAlign w:val="center"/>
          </w:tcPr>
          <w:p>
            <w:r>
              <w:rPr>
                <w:sz w:val="18"/>
              </w:rPr>
              <w:t>Memory 描述</w:t>
            </w:r>
          </w:p>
        </w:tc>
      </w:tr>
      <w:tr>
        <w:tc>
          <w:tcPr>
            <w:tcW w:type="dxa" w:w="4873"/>
            <w:vAlign w:val="center"/>
          </w:tcPr>
          <w:p>
            <w:r>
              <w:rPr>
                <w:sz w:val="18"/>
              </w:rPr>
              <w:t>categoryId</w:t>
            </w:r>
          </w:p>
        </w:tc>
        <w:tc>
          <w:tcPr>
            <w:tcW w:type="dxa" w:w="4873"/>
            <w:vAlign w:val="center"/>
          </w:tcPr>
          <w:p>
            <w:r>
              <w:rPr>
                <w:sz w:val="18"/>
              </w:rPr>
              <w:t>分类 ID</w:t>
            </w:r>
          </w:p>
        </w:tc>
      </w:tr>
      <w:tr>
        <w:tc>
          <w:tcPr>
            <w:tcW w:type="dxa" w:w="4873"/>
            <w:vAlign w:val="center"/>
          </w:tcPr>
          <w:p>
            <w:r>
              <w:rPr>
                <w:sz w:val="18"/>
              </w:rPr>
              <w:t>pinColor</w:t>
            </w:r>
          </w:p>
        </w:tc>
        <w:tc>
          <w:tcPr>
            <w:tcW w:type="dxa" w:w="4873"/>
            <w:vAlign w:val="center"/>
          </w:tcPr>
          <w:p>
            <w:r>
              <w:rPr>
                <w:sz w:val="18"/>
              </w:rPr>
              <w:t>可选的地图标记颜色</w:t>
            </w:r>
          </w:p>
        </w:tc>
      </w:tr>
      <w:tr>
        <w:tc>
          <w:tcPr>
            <w:tcW w:type="dxa" w:w="4873"/>
            <w:vAlign w:val="center"/>
          </w:tcPr>
          <w:p>
            <w:r>
              <w:rPr>
                <w:sz w:val="18"/>
              </w:rPr>
              <w:t>returnIntent</w:t>
            </w:r>
          </w:p>
        </w:tc>
        <w:tc>
          <w:tcPr>
            <w:tcW w:type="dxa" w:w="4873"/>
            <w:vAlign w:val="center"/>
          </w:tcPr>
          <w:p>
            <w:r>
              <w:rPr>
                <w:sz w:val="18"/>
              </w:rPr>
              <w:t>“一定会 / 也许会 / 不会 / 不适用”</w:t>
            </w:r>
          </w:p>
        </w:tc>
      </w:tr>
      <w:tr>
        <w:tc>
          <w:tcPr>
            <w:tcW w:type="dxa" w:w="4873"/>
            <w:vAlign w:val="center"/>
          </w:tcPr>
          <w:p>
            <w:r>
              <w:rPr>
                <w:sz w:val="18"/>
              </w:rPr>
              <w:t>tags</w:t>
            </w:r>
          </w:p>
        </w:tc>
        <w:tc>
          <w:tcPr>
            <w:tcW w:type="dxa" w:w="4873"/>
            <w:vAlign w:val="center"/>
          </w:tcPr>
          <w:p>
            <w:r>
              <w:rPr>
                <w:sz w:val="18"/>
              </w:rPr>
              <w:t>用户标签</w:t>
            </w:r>
          </w:p>
        </w:tc>
      </w:tr>
      <w:tr>
        <w:tc>
          <w:tcPr>
            <w:tcW w:type="dxa" w:w="4873"/>
            <w:vAlign w:val="center"/>
          </w:tcPr>
          <w:p>
            <w:r>
              <w:rPr>
                <w:sz w:val="18"/>
              </w:rPr>
              <w:t>latitude / longitude</w:t>
            </w:r>
          </w:p>
        </w:tc>
        <w:tc>
          <w:tcPr>
            <w:tcW w:type="dxa" w:w="4873"/>
            <w:vAlign w:val="center"/>
          </w:tcPr>
          <w:p>
            <w:r>
              <w:rPr>
                <w:sz w:val="18"/>
              </w:rPr>
              <w:t>Memory 原始坐标</w:t>
            </w:r>
          </w:p>
        </w:tc>
      </w:tr>
      <w:tr>
        <w:tc>
          <w:tcPr>
            <w:tcW w:type="dxa" w:w="4873"/>
            <w:vAlign w:val="center"/>
          </w:tcPr>
          <w:p>
            <w:r>
              <w:rPr>
                <w:sz w:val="18"/>
              </w:rPr>
              <w:t>locationSource</w:t>
            </w:r>
          </w:p>
        </w:tc>
        <w:tc>
          <w:tcPr>
            <w:tcW w:type="dxa" w:w="4873"/>
            <w:vAlign w:val="center"/>
          </w:tcPr>
          <w:p>
            <w:r>
              <w:rPr>
                <w:sz w:val="18"/>
              </w:rPr>
              <w:t>photo / manual</w:t>
            </w:r>
          </w:p>
        </w:tc>
      </w:tr>
      <w:tr>
        <w:tc>
          <w:tcPr>
            <w:tcW w:type="dxa" w:w="4873"/>
            <w:vAlign w:val="center"/>
          </w:tcPr>
          <w:p>
            <w:r>
              <w:rPr>
                <w:sz w:val="18"/>
              </w:rPr>
              <w:t>address</w:t>
            </w:r>
          </w:p>
        </w:tc>
        <w:tc>
          <w:tcPr>
            <w:tcW w:type="dxa" w:w="4873"/>
            <w:vAlign w:val="center"/>
          </w:tcPr>
          <w:p>
            <w:r>
              <w:rPr>
                <w:sz w:val="18"/>
              </w:rPr>
              <w:t>可读地点信息</w:t>
            </w:r>
          </w:p>
        </w:tc>
      </w:tr>
      <w:tr>
        <w:tc>
          <w:tcPr>
            <w:tcW w:type="dxa" w:w="4873"/>
            <w:vAlign w:val="center"/>
          </w:tcPr>
          <w:p>
            <w:r>
              <w:rPr>
                <w:sz w:val="18"/>
              </w:rPr>
              <w:t>mapDisplayMode</w:t>
            </w:r>
          </w:p>
        </w:tc>
        <w:tc>
          <w:tcPr>
            <w:tcW w:type="dxa" w:w="4873"/>
            <w:vAlign w:val="center"/>
          </w:tcPr>
          <w:p>
            <w:r>
              <w:rPr>
                <w:sz w:val="18"/>
              </w:rPr>
              <w:t>raw / china-corrected</w:t>
            </w:r>
          </w:p>
        </w:tc>
      </w:tr>
      <w:tr>
        <w:tc>
          <w:tcPr>
            <w:tcW w:type="dxa" w:w="4873"/>
            <w:vAlign w:val="center"/>
          </w:tcPr>
          <w:p>
            <w:r>
              <w:rPr>
                <w:sz w:val="18"/>
              </w:rPr>
              <w:t>shotAt</w:t>
            </w:r>
          </w:p>
        </w:tc>
        <w:tc>
          <w:tcPr>
            <w:tcW w:type="dxa" w:w="4873"/>
            <w:vAlign w:val="center"/>
          </w:tcPr>
          <w:p>
            <w:r>
              <w:rPr>
                <w:sz w:val="18"/>
              </w:rPr>
              <w:t>Memory 时间</w:t>
            </w:r>
          </w:p>
        </w:tc>
      </w:tr>
      <w:tr>
        <w:tc>
          <w:tcPr>
            <w:tcW w:type="dxa" w:w="4873"/>
            <w:vAlign w:val="center"/>
          </w:tcPr>
          <w:p>
            <w:r>
              <w:rPr>
                <w:sz w:val="18"/>
              </w:rPr>
              <w:t>createdAt / updatedAt</w:t>
            </w:r>
          </w:p>
        </w:tc>
        <w:tc>
          <w:tcPr>
            <w:tcW w:type="dxa" w:w="4873"/>
            <w:vAlign w:val="center"/>
          </w:tcPr>
          <w:p>
            <w:r>
              <w:rPr>
                <w:sz w:val="18"/>
              </w:rPr>
              <w:t>创建 / 更新时间</w:t>
            </w:r>
          </w:p>
        </w:tc>
      </w:tr>
    </w:tbl>
    <w:p>
      <w:pPr>
        <w:pStyle w:val="Heading2"/>
        <w:keepNext/>
        <w:keepLines/>
      </w:pPr>
      <w:r>
        <w:rPr/>
        <w:t>5.2 Media</w:t>
      </w:r>
    </w:p>
    <w:p>
      <w:pPr>
        <w:spacing w:after="100" w:line="276" w:lineRule="auto"/>
      </w:pPr>
      <w:r>
        <w:t>每段 Memory 可以包含多个媒体项：</w:t>
      </w:r>
    </w:p>
    <w:p>
      <w:pPr>
        <w:pStyle w:val="ListBullet"/>
      </w:pPr>
      <w:r>
        <w:t xml:space="preserve">普通照片 </w:t>
      </w:r>
      <w:r>
        <w:rPr>
          <w:rFonts w:ascii="Consolas" w:hAnsi="Consolas" w:eastAsia="Microsoft YaHei"/>
        </w:rPr>
        <w:t>photo</w:t>
      </w:r>
    </w:p>
    <w:p>
      <w:pPr>
        <w:pStyle w:val="ListBullet"/>
      </w:pPr>
      <w:r>
        <w:t xml:space="preserve">Live Photo </w:t>
      </w:r>
      <w:r>
        <w:rPr>
          <w:rFonts w:ascii="Consolas" w:hAnsi="Consolas" w:eastAsia="Microsoft YaHei"/>
        </w:rPr>
        <w:t>livePhoto</w:t>
      </w:r>
    </w:p>
    <w:p>
      <w:pPr>
        <w:spacing w:after="100" w:line="276" w:lineRule="auto"/>
      </w:pPr>
      <w:r>
        <w:t>每个媒体项保存：</w:t>
      </w:r>
    </w:p>
    <w:p>
      <w:pPr>
        <w:pStyle w:val="ListBullet"/>
      </w:pPr>
      <w:r>
        <w:t>Apple Photos asset ID / URI</w:t>
      </w:r>
    </w:p>
    <w:p>
      <w:pPr>
        <w:pStyle w:val="ListBullet"/>
      </w:pPr>
      <w:r>
        <w:t>文件名</w:t>
      </w:r>
    </w:p>
    <w:p>
      <w:pPr>
        <w:pStyle w:val="ListBullet"/>
      </w:pPr>
      <w:r>
        <w:t>拍摄时间</w:t>
      </w:r>
    </w:p>
    <w:p>
      <w:pPr>
        <w:pStyle w:val="ListBullet"/>
      </w:pPr>
      <w:r>
        <w:t>原始照片本地 URI（如果可获得）</w:t>
      </w:r>
    </w:p>
    <w:p>
      <w:pPr>
        <w:pStyle w:val="ListBullet"/>
      </w:pPr>
      <w:r>
        <w:t>Live Photo 配对视频 URI（如果可获得）</w:t>
      </w:r>
    </w:p>
    <w:p>
      <w:pPr>
        <w:pStyle w:val="ListBullet"/>
      </w:pPr>
      <w:r>
        <w:t>本地归档状态</w:t>
      </w:r>
    </w:p>
    <w:p>
      <w:pPr>
        <w:pStyle w:val="ListBullet"/>
      </w:pPr>
      <w:r>
        <w:t>Mappory 自有归档文件路径</w:t>
      </w:r>
    </w:p>
    <w:p>
      <w:pPr>
        <w:pStyle w:val="Heading2"/>
        <w:keepNext/>
        <w:keepLines/>
      </w:pPr>
      <w:r>
        <w:rPr/>
        <w:t>5.3 分类</w:t>
      </w:r>
    </w:p>
    <w:p>
      <w:pPr>
        <w:spacing w:after="100" w:line="276" w:lineRule="auto"/>
      </w:pPr>
      <w:r>
        <w:t>MemoryCategory 包含：</w:t>
      </w:r>
    </w:p>
    <w:p>
      <w:pPr>
        <w:pStyle w:val="ListBullet"/>
      </w:pPr>
      <w:r>
        <w:t>名称</w:t>
      </w:r>
    </w:p>
    <w:p>
      <w:pPr>
        <w:pStyle w:val="ListBullet"/>
      </w:pPr>
      <w:r>
        <w:t>颜色</w:t>
      </w:r>
    </w:p>
    <w:p>
      <w:pPr>
        <w:pStyle w:val="ListBullet"/>
      </w:pPr>
      <w:r>
        <w:t>symbol</w:t>
      </w:r>
    </w:p>
    <w:p>
      <w:pPr>
        <w:pStyle w:val="ListBullet"/>
      </w:pPr>
      <w:r>
        <w:t>是否受保护</w:t>
      </w:r>
    </w:p>
    <w:p>
      <w:pPr>
        <w:pStyle w:val="ListBullet"/>
      </w:pPr>
      <w:r>
        <w:t>创建时间</w:t>
      </w:r>
    </w:p>
    <w:p>
      <w:pPr>
        <w:spacing w:after="100" w:line="276" w:lineRule="auto"/>
      </w:pPr>
      <w:r>
        <w:t xml:space="preserve">当前默认分类从代码主题配置加载，并保留 </w:t>
      </w:r>
      <w:r>
        <w:rPr>
          <w:rFonts w:ascii="Consolas" w:hAnsi="Consolas" w:eastAsia="Microsoft YaHei"/>
        </w:rPr>
        <w:t>uncategorized</w:t>
      </w:r>
      <w:r>
        <w:t xml:space="preserve"> 兜底分类。</w:t>
      </w:r>
    </w:p>
    <w:p>
      <w:pPr>
        <w:pBdr>
          <w:bottom w:val="single" w:sz="4" w:space="1" w:color="D1D5DB"/>
        </w:pBdr>
      </w:pPr>
    </w:p>
    <w:p>
      <w:pPr>
        <w:pStyle w:val="Heading1"/>
        <w:keepNext/>
        <w:keepLines/>
      </w:pPr>
      <w:r>
        <w:rPr/>
        <w:t>6. 功能需求</w:t>
      </w:r>
    </w:p>
    <w:p>
      <w:pPr>
        <w:pStyle w:val="Heading2"/>
        <w:keepNext/>
        <w:keepLines/>
      </w:pPr>
      <w:r>
        <w:rPr/>
        <w:t>6.1 启动品牌页</w:t>
      </w:r>
    </w:p>
    <w:p>
      <w:pPr>
        <w:pStyle w:val="Heading3"/>
        <w:keepNext/>
        <w:keepLines/>
      </w:pPr>
      <w:r>
        <w:rPr/>
        <w:t>需求</w:t>
      </w:r>
    </w:p>
    <w:p>
      <w:pPr>
        <w:spacing w:after="100" w:line="276" w:lineRule="auto"/>
      </w:pPr>
      <w:r>
        <w:t>应用 JS 启动后显示黑色品牌页：</w:t>
      </w:r>
    </w:p>
    <w:p>
      <w:pPr>
        <w:pStyle w:val="ListBullet"/>
      </w:pPr>
      <w:r>
        <w:t>主标题：</w:t>
      </w:r>
      <w:r>
        <w:rPr>
          <w:rFonts w:ascii="Consolas" w:hAnsi="Consolas" w:eastAsia="Microsoft YaHei"/>
        </w:rPr>
        <w:t>MAPPORY</w:t>
      </w:r>
    </w:p>
    <w:p>
      <w:pPr>
        <w:pStyle w:val="ListBullet"/>
      </w:pPr>
      <w:r>
        <w:t>副标题：</w:t>
      </w:r>
      <w:r>
        <w:rPr>
          <w:rFonts w:ascii="Consolas" w:hAnsi="Consolas" w:eastAsia="Microsoft YaHei"/>
        </w:rPr>
        <w:t>A MAP FOR YOUR MEMORIES</w:t>
      </w:r>
    </w:p>
    <w:p>
      <w:pPr>
        <w:pStyle w:val="Heading3"/>
        <w:keepNext/>
        <w:keepLines/>
      </w:pPr>
      <w:r>
        <w:rPr/>
        <w:t>规则</w:t>
      </w:r>
    </w:p>
    <w:p>
      <w:pPr>
        <w:pStyle w:val="ListBullet"/>
      </w:pPr>
      <w:r>
        <w:t xml:space="preserve">品牌页至少显示 </w:t>
      </w:r>
      <w:r>
        <w:rPr>
          <w:b/>
        </w:rPr>
        <w:t>1.5 秒</w:t>
      </w:r>
      <w:r>
        <w:t>；</w:t>
      </w:r>
    </w:p>
    <w:p>
      <w:pPr>
        <w:pStyle w:val="ListBullet"/>
      </w:pPr>
      <w:r>
        <w:t>如果本地数据加载超过 1.5 秒，则继续显示直到数据加载完成；</w:t>
      </w:r>
    </w:p>
    <w:p>
      <w:pPr>
        <w:pStyle w:val="ListBullet"/>
      </w:pPr>
      <w:r>
        <w:t>加载完成后进入主界面。</w:t>
      </w:r>
    </w:p>
    <w:p>
      <w:pPr>
        <w:pStyle w:val="Heading3"/>
        <w:keepNext/>
        <w:keepLines/>
      </w:pPr>
      <w:r>
        <w:rPr/>
        <w:t>验收</w:t>
      </w:r>
    </w:p>
    <w:p>
      <w:pPr>
        <w:pStyle w:val="ListBullet"/>
      </w:pPr>
      <w:r>
        <w:t>冷启动时不会直接闪现主页面；</w:t>
      </w:r>
    </w:p>
    <w:p>
      <w:pPr>
        <w:pStyle w:val="ListBullet"/>
      </w:pPr>
      <w:r>
        <w:t>MAPPORY 品牌页至少持续 1.5 秒。</w:t>
      </w:r>
    </w:p>
    <w:p>
      <w:pPr>
        <w:pBdr>
          <w:bottom w:val="single" w:sz="4" w:space="1" w:color="D1D5DB"/>
        </w:pBdr>
      </w:pPr>
    </w:p>
    <w:p>
      <w:pPr>
        <w:pStyle w:val="Heading2"/>
        <w:keepNext/>
        <w:keepLines/>
      </w:pPr>
      <w:r>
        <w:rPr/>
        <w:t>6.2 地图首页 Map</w:t>
      </w:r>
    </w:p>
    <w:p>
      <w:pPr>
        <w:pStyle w:val="Heading3"/>
        <w:keepNext/>
        <w:keepLines/>
      </w:pPr>
      <w:r>
        <w:rPr/>
        <w:t>页面目标</w:t>
      </w:r>
    </w:p>
    <w:p>
      <w:pPr>
        <w:spacing w:after="100" w:line="276" w:lineRule="auto"/>
      </w:pPr>
      <w:r>
        <w:t>让用户通过“空间”浏览 Memory。</w:t>
      </w:r>
    </w:p>
    <w:p>
      <w:pPr>
        <w:pStyle w:val="Heading3"/>
        <w:keepNext/>
        <w:keepLines/>
      </w:pPr>
      <w:r>
        <w:rPr/>
        <w:t>页面元素</w:t>
      </w:r>
    </w:p>
    <w:p>
      <w:pPr>
        <w:pStyle w:val="ListBullet"/>
      </w:pPr>
      <w:r>
        <w:rPr>
          <w:rFonts w:ascii="Consolas" w:hAnsi="Consolas" w:eastAsia="Microsoft YaHei"/>
        </w:rPr>
        <w:t>PERSONAL ATLAS</w:t>
      </w:r>
    </w:p>
    <w:p>
      <w:pPr>
        <w:pStyle w:val="ListBullet"/>
      </w:pPr>
      <w:r>
        <w:t>页面标题：</w:t>
      </w:r>
      <w:r>
        <w:rPr>
          <w:rFonts w:ascii="Consolas" w:hAnsi="Consolas" w:eastAsia="Microsoft YaHei"/>
        </w:rPr>
        <w:t>我的世界</w:t>
      </w:r>
    </w:p>
    <w:p>
      <w:pPr>
        <w:pStyle w:val="ListBullet"/>
      </w:pPr>
      <w:r>
        <w:t>Memory 总数量 Badge</w:t>
      </w:r>
    </w:p>
    <w:p>
      <w:pPr>
        <w:pStyle w:val="ListBullet"/>
      </w:pPr>
      <w:r>
        <w:t>深色 / 浅色模式切换按钮</w:t>
      </w:r>
    </w:p>
    <w:p>
      <w:pPr>
        <w:pStyle w:val="ListBullet"/>
      </w:pPr>
      <w:r>
        <w:t>分类筛选 Chips</w:t>
      </w:r>
    </w:p>
    <w:p>
      <w:pPr>
        <w:pStyle w:val="ListBullet"/>
      </w:pPr>
      <w:r>
        <w:t>分类管理入口</w:t>
      </w:r>
    </w:p>
    <w:p>
      <w:pPr>
        <w:pStyle w:val="ListBullet"/>
      </w:pPr>
      <w:r>
        <w:t>地图</w:t>
      </w:r>
    </w:p>
    <w:p>
      <w:pPr>
        <w:pStyle w:val="ListBullet"/>
      </w:pPr>
      <w:r>
        <w:t>Memory Marker</w:t>
      </w:r>
    </w:p>
    <w:p>
      <w:pPr>
        <w:pStyle w:val="ListBullet"/>
      </w:pPr>
      <w:r>
        <w:t>选中 Memory 的底部预览卡片</w:t>
      </w:r>
    </w:p>
    <w:p>
      <w:pPr>
        <w:pStyle w:val="ListBullet"/>
      </w:pPr>
      <w:r>
        <w:t>底部 Tab</w:t>
      </w:r>
    </w:p>
    <w:p>
      <w:pPr>
        <w:pStyle w:val="Heading3"/>
        <w:keepNext/>
        <w:keepLines/>
      </w:pPr>
      <w:r>
        <w:rPr/>
        <w:t>Marker 规则</w:t>
      </w:r>
    </w:p>
    <w:p>
      <w:pPr>
        <w:spacing w:after="100" w:line="276" w:lineRule="auto"/>
      </w:pPr>
      <w:r>
        <w:t>地图根据缩放级别切换 Marker 表现：</w:t>
      </w:r>
    </w:p>
    <w:p>
      <w:pPr>
        <w:pStyle w:val="ListBullet"/>
      </w:pPr>
      <w:r>
        <w:t>地图较近时：展示 Memory 首图 + 分类标识；</w:t>
      </w:r>
    </w:p>
    <w:p>
      <w:pPr>
        <w:pStyle w:val="ListBullet"/>
      </w:pPr>
      <w:r>
        <w:t>地图较远时：展示较简化的分类圆点 Marker；</w:t>
      </w:r>
    </w:p>
    <w:p>
      <w:pPr>
        <w:pStyle w:val="ListBullet"/>
      </w:pPr>
      <w:r>
        <w:t>选中 Marker 时提高视觉层级；</w:t>
      </w:r>
    </w:p>
    <w:p>
      <w:pPr>
        <w:pStyle w:val="ListBullet"/>
      </w:pPr>
      <w:r>
        <w:t>点击地图空白位置取消选中；</w:t>
      </w:r>
    </w:p>
    <w:p>
      <w:pPr>
        <w:pStyle w:val="ListBullet"/>
      </w:pPr>
      <w:r>
        <w:t>点击 Marker 触发轻触觉反馈。</w:t>
      </w:r>
    </w:p>
    <w:p>
      <w:pPr>
        <w:pStyle w:val="Heading3"/>
        <w:keepNext/>
        <w:keepLines/>
      </w:pPr>
      <w:r>
        <w:rPr/>
        <w:t>选中预览</w:t>
      </w:r>
    </w:p>
    <w:p>
      <w:pPr>
        <w:spacing w:after="100" w:line="276" w:lineRule="auto"/>
      </w:pPr>
      <w:r>
        <w:t>用户选中 Marker 后显示 Memory Preview：</w:t>
      </w:r>
    </w:p>
    <w:p>
      <w:pPr>
        <w:pStyle w:val="ListBullet"/>
      </w:pPr>
      <w:r>
        <w:t>照片</w:t>
      </w:r>
    </w:p>
    <w:p>
      <w:pPr>
        <w:pStyle w:val="ListBullet"/>
      </w:pPr>
      <w:r>
        <w:t>拍摄日期</w:t>
      </w:r>
    </w:p>
    <w:p>
      <w:pPr>
        <w:pStyle w:val="ListBullet"/>
      </w:pPr>
      <w:r>
        <w:t>标题</w:t>
      </w:r>
    </w:p>
    <w:p>
      <w:pPr>
        <w:pStyle w:val="ListBullet"/>
      </w:pPr>
      <w:r>
        <w:t>地点名称；地点不可用时依次回退到 note 或原始坐标</w:t>
      </w:r>
    </w:p>
    <w:p>
      <w:pPr>
        <w:spacing w:after="100" w:line="276" w:lineRule="auto"/>
      </w:pPr>
      <w:r>
        <w:t>点击预览卡进入 Memory Detail。</w:t>
      </w:r>
    </w:p>
    <w:p>
      <w:pPr>
        <w:pStyle w:val="Heading3"/>
        <w:keepNext/>
        <w:keepLines/>
      </w:pPr>
      <w:r>
        <w:rPr/>
        <w:t>空状态</w:t>
      </w:r>
    </w:p>
    <w:p>
      <w:pPr>
        <w:spacing w:after="100" w:line="276" w:lineRule="auto"/>
      </w:pPr>
      <w:r>
        <w:t>当没有任何 Memory 时：</w:t>
      </w:r>
    </w:p>
    <w:p>
      <w:pPr>
        <w:spacing w:after="100" w:line="276" w:lineRule="auto"/>
      </w:pPr>
      <w:r>
        <w:t>标题：</w:t>
      </w:r>
      <w:r>
        <w:rPr>
          <w:rFonts w:ascii="Consolas" w:hAnsi="Consolas" w:eastAsia="Microsoft YaHei"/>
        </w:rPr>
        <w:t>第一张照片，会把地图点亮</w:t>
      </w:r>
    </w:p>
    <w:p>
      <w:pPr>
        <w:spacing w:after="100" w:line="276" w:lineRule="auto"/>
      </w:pPr>
      <w:r>
        <w:t>说明用户可从相册选择原图，如果照片有位置，Mappory 会保留坐标并移动地图。</w:t>
      </w:r>
    </w:p>
    <w:p>
      <w:pPr>
        <w:spacing w:after="100" w:line="276" w:lineRule="auto"/>
      </w:pPr>
      <w:r>
        <w:t>CTA：</w:t>
      </w:r>
      <w:r>
        <w:rPr>
          <w:rFonts w:ascii="Consolas" w:hAnsi="Consolas" w:eastAsia="Microsoft YaHei"/>
        </w:rPr>
        <w:t>从相册添加</w:t>
      </w:r>
    </w:p>
    <w:p>
      <w:pPr>
        <w:pBdr>
          <w:bottom w:val="single" w:sz="4" w:space="1" w:color="D1D5DB"/>
        </w:pBdr>
      </w:pPr>
    </w:p>
    <w:p>
      <w:pPr>
        <w:pStyle w:val="Heading2"/>
        <w:keepNext/>
        <w:keepLines/>
      </w:pPr>
      <w:r>
        <w:rPr/>
        <w:t>6.3 记忆列表 Memories</w:t>
      </w:r>
    </w:p>
    <w:p>
      <w:pPr>
        <w:pStyle w:val="Heading3"/>
        <w:keepNext/>
        <w:keepLines/>
      </w:pPr>
      <w:r>
        <w:rPr/>
        <w:t>页面目标</w:t>
      </w:r>
    </w:p>
    <w:p>
      <w:pPr>
        <w:spacing w:after="100" w:line="276" w:lineRule="auto"/>
      </w:pPr>
      <w:r>
        <w:t>让用户通过“时间 + 分类”浏览 Memory。</w:t>
      </w:r>
    </w:p>
    <w:p>
      <w:pPr>
        <w:pStyle w:val="Heading3"/>
        <w:keepNext/>
        <w:keepLines/>
      </w:pPr>
      <w:r>
        <w:rPr/>
        <w:t>页面元素</w:t>
      </w:r>
    </w:p>
    <w:p>
      <w:pPr>
        <w:pStyle w:val="ListBullet"/>
      </w:pPr>
      <w:r>
        <w:rPr>
          <w:rFonts w:ascii="Consolas" w:hAnsi="Consolas" w:eastAsia="Microsoft YaHei"/>
        </w:rPr>
        <w:t>MY ARCHIVE</w:t>
      </w:r>
    </w:p>
    <w:p>
      <w:pPr>
        <w:pStyle w:val="ListBullet"/>
      </w:pPr>
      <w:r>
        <w:t>页面标题：</w:t>
      </w:r>
      <w:r>
        <w:rPr>
          <w:rFonts w:ascii="Consolas" w:hAnsi="Consolas" w:eastAsia="Microsoft YaHei"/>
        </w:rPr>
        <w:t>记忆</w:t>
      </w:r>
    </w:p>
    <w:p>
      <w:pPr>
        <w:pStyle w:val="ListBullet"/>
      </w:pPr>
      <w:r>
        <w:t>引导语：</w:t>
      </w:r>
      <w:r>
        <w:rPr>
          <w:rFonts w:ascii="Consolas" w:hAnsi="Consolas" w:eastAsia="Microsoft YaHei"/>
        </w:rPr>
        <w:t>从空间、时间和分类三个方向，重新找到过去的自己。</w:t>
      </w:r>
    </w:p>
    <w:p>
      <w:pPr>
        <w:pStyle w:val="ListBullet"/>
      </w:pPr>
      <w:r>
        <w:t>深 / 浅色模式</w:t>
      </w:r>
    </w:p>
    <w:p>
      <w:pPr>
        <w:pStyle w:val="ListBullet"/>
      </w:pPr>
      <w:r>
        <w:t>管理分类</w:t>
      </w:r>
    </w:p>
    <w:p>
      <w:pPr>
        <w:pStyle w:val="ListBullet"/>
      </w:pPr>
      <w:r>
        <w:t>Time 筛选区</w:t>
      </w:r>
    </w:p>
    <w:p>
      <w:pPr>
        <w:pStyle w:val="ListBullet"/>
      </w:pPr>
      <w:r>
        <w:t>分类筛选区</w:t>
      </w:r>
    </w:p>
    <w:p>
      <w:pPr>
        <w:pStyle w:val="ListBullet"/>
      </w:pPr>
      <w:r>
        <w:t>Memory Card 列表</w:t>
      </w:r>
    </w:p>
    <w:p>
      <w:pPr>
        <w:pStyle w:val="Heading3"/>
        <w:keepNext/>
        <w:keepLines/>
      </w:pPr>
      <w:r>
        <w:rPr/>
        <w:t>时间筛选</w:t>
      </w:r>
    </w:p>
    <w:p>
      <w:pPr>
        <w:spacing w:after="100" w:line="276" w:lineRule="auto"/>
      </w:pPr>
      <w:r>
        <w:t>第一层：年份</w:t>
      </w:r>
    </w:p>
    <w:p>
      <w:pPr>
        <w:pStyle w:val="ListBullet"/>
      </w:pPr>
      <w:r>
        <w:t>全部年份</w:t>
      </w:r>
    </w:p>
    <w:p>
      <w:pPr>
        <w:pStyle w:val="ListBullet"/>
      </w:pPr>
      <w:r>
        <w:t>根据 Memory 实际 shotAt 动态生成年份</w:t>
      </w:r>
    </w:p>
    <w:p>
      <w:pPr>
        <w:spacing w:after="100" w:line="276" w:lineRule="auto"/>
      </w:pPr>
      <w:r>
        <w:t>第二层：月份</w:t>
      </w:r>
    </w:p>
    <w:p>
      <w:pPr>
        <w:pStyle w:val="ListBullet"/>
      </w:pPr>
      <w:r>
        <w:t>仅在选中具体年份后显示</w:t>
      </w:r>
    </w:p>
    <w:p>
      <w:pPr>
        <w:pStyle w:val="ListBullet"/>
      </w:pPr>
      <w:r>
        <w:t>可选择全部月份或具体月份</w:t>
      </w:r>
    </w:p>
    <w:p>
      <w:pPr>
        <w:spacing w:after="100" w:line="276" w:lineRule="auto"/>
      </w:pPr>
      <w:r>
        <w:t>筛选结果显示当前条件与 Memory 数量。</w:t>
      </w:r>
    </w:p>
    <w:p>
      <w:pPr>
        <w:pStyle w:val="Heading3"/>
        <w:keepNext/>
        <w:keepLines/>
      </w:pPr>
      <w:r>
        <w:rPr/>
        <w:t>Memory Card</w:t>
      </w:r>
    </w:p>
    <w:p>
      <w:pPr>
        <w:spacing w:after="100" w:line="276" w:lineRule="auto"/>
      </w:pPr>
      <w:r>
        <w:t>卡片至少展示：</w:t>
      </w:r>
    </w:p>
    <w:p>
      <w:pPr>
        <w:pStyle w:val="ListBullet"/>
      </w:pPr>
      <w:r>
        <w:t>首图（排序第 1 张）</w:t>
      </w:r>
    </w:p>
    <w:p>
      <w:pPr>
        <w:pStyle w:val="ListBullet"/>
      </w:pPr>
      <w:r>
        <w:t>日期</w:t>
      </w:r>
    </w:p>
    <w:p>
      <w:pPr>
        <w:pStyle w:val="ListBullet"/>
      </w:pPr>
      <w:r>
        <w:t>标题</w:t>
      </w:r>
    </w:p>
    <w:p>
      <w:pPr>
        <w:pStyle w:val="ListBullet"/>
      </w:pPr>
      <w:r>
        <w:t>分类</w:t>
      </w:r>
    </w:p>
    <w:p>
      <w:pPr>
        <w:pStyle w:val="ListBullet"/>
      </w:pPr>
      <w:r>
        <w:t>地点 / 描述等辅助信息</w:t>
      </w:r>
    </w:p>
    <w:p>
      <w:pPr>
        <w:spacing w:after="100" w:line="276" w:lineRule="auto"/>
      </w:pPr>
      <w:r>
        <w:t>点击进入详情。</w:t>
      </w:r>
    </w:p>
    <w:p>
      <w:pPr>
        <w:pBdr>
          <w:bottom w:val="single" w:sz="4" w:space="1" w:color="D1D5DB"/>
        </w:pBdr>
      </w:pPr>
    </w:p>
    <w:p>
      <w:pPr>
        <w:pStyle w:val="Heading2"/>
        <w:keepNext/>
        <w:keepLines/>
      </w:pPr>
      <w:r>
        <w:rPr/>
        <w:t>6.4 新建 Memory：照片选择</w:t>
      </w:r>
    </w:p>
    <w:p>
      <w:pPr>
        <w:pStyle w:val="Heading3"/>
        <w:keepNext/>
        <w:keepLines/>
      </w:pPr>
      <w:r>
        <w:rPr/>
        <w:t>入口</w:t>
      </w:r>
    </w:p>
    <w:p>
      <w:pPr>
        <w:spacing w:after="100" w:line="276" w:lineRule="auto"/>
      </w:pPr>
      <w:r>
        <w:t>以下入口均进入照片选择器：</w:t>
      </w:r>
    </w:p>
    <w:p>
      <w:pPr>
        <w:pStyle w:val="ListBullet"/>
      </w:pPr>
      <w:r>
        <w:t xml:space="preserve">底部中央 </w:t>
      </w:r>
      <w:r>
        <w:rPr>
          <w:rFonts w:ascii="Consolas" w:hAnsi="Consolas" w:eastAsia="Microsoft YaHei"/>
        </w:rPr>
        <w:t>＋</w:t>
      </w:r>
    </w:p>
    <w:p>
      <w:pPr>
        <w:pStyle w:val="ListBullet"/>
      </w:pPr>
      <w:r>
        <w:t>地图空状态 CTA</w:t>
      </w:r>
    </w:p>
    <w:p>
      <w:pPr>
        <w:pStyle w:val="ListBullet"/>
      </w:pPr>
      <w:r>
        <w:t>记忆空状态 / 新建入口（如当前页面调用 onAdd）</w:t>
      </w:r>
    </w:p>
    <w:p>
      <w:pPr>
        <w:pStyle w:val="Heading3"/>
        <w:keepNext/>
        <w:keepLines/>
      </w:pPr>
      <w:r>
        <w:rPr/>
        <w:t>照片权限</w:t>
      </w:r>
    </w:p>
    <w:p>
      <w:pPr>
        <w:spacing w:after="100" w:line="276" w:lineRule="auto"/>
      </w:pPr>
      <w:r>
        <w:t>如果未获得相册权限：</w:t>
      </w:r>
    </w:p>
    <w:p>
      <w:pPr>
        <w:spacing w:after="100" w:line="276" w:lineRule="auto"/>
      </w:pPr>
      <w:r>
        <w:t>标题：</w:t>
      </w:r>
      <w:r>
        <w:rPr>
          <w:rFonts w:ascii="Consolas" w:hAnsi="Consolas" w:eastAsia="Microsoft YaHei"/>
        </w:rPr>
        <w:t>让照片把你带回当时</w:t>
      </w:r>
    </w:p>
    <w:p>
      <w:pPr>
        <w:spacing w:after="100" w:line="276" w:lineRule="auto"/>
      </w:pPr>
      <w:r>
        <w:t>向用户解释：</w:t>
      </w:r>
    </w:p>
    <w:p>
      <w:pPr>
        <w:pStyle w:val="ListBullet"/>
      </w:pPr>
      <w:r>
        <w:t>Mappory 会读取所选照片拍摄时间；</w:t>
      </w:r>
    </w:p>
    <w:p>
      <w:pPr>
        <w:pStyle w:val="ListBullet"/>
      </w:pPr>
      <w:r>
        <w:t>会读取照片位置和相簿结构；</w:t>
      </w:r>
    </w:p>
    <w:p>
      <w:pPr>
        <w:pStyle w:val="ListBullet"/>
      </w:pPr>
      <w:r>
        <w:t>当前产品文案明确说明照片不会上传服务器。</w:t>
      </w:r>
    </w:p>
    <w:p>
      <w:pPr>
        <w:spacing w:after="100" w:line="276" w:lineRule="auto"/>
      </w:pPr>
      <w:r>
        <w:t>CTA：</w:t>
      </w:r>
      <w:r>
        <w:rPr>
          <w:rFonts w:ascii="Consolas" w:hAnsi="Consolas" w:eastAsia="Microsoft YaHei"/>
        </w:rPr>
        <w:t>允许访问照片</w:t>
      </w:r>
    </w:p>
    <w:p>
      <w:pPr>
        <w:pStyle w:val="Heading3"/>
        <w:keepNext/>
        <w:keepLines/>
      </w:pPr>
      <w:r>
        <w:rPr/>
        <w:t>照片浏览能力</w:t>
      </w:r>
    </w:p>
    <w:p>
      <w:pPr>
        <w:spacing w:after="100" w:line="276" w:lineRule="auto"/>
      </w:pPr>
      <w:r>
        <w:t>用户可以：</w:t>
      </w:r>
    </w:p>
    <w:p>
      <w:pPr>
        <w:pStyle w:val="ListBullet"/>
      </w:pPr>
      <w:r>
        <w:t>浏览所有照片或切换相簿；</w:t>
      </w:r>
    </w:p>
    <w:p>
      <w:pPr>
        <w:pStyle w:val="ListBullet"/>
      </w:pPr>
      <w:r>
        <w:t>一次选择多张照片；</w:t>
      </w:r>
    </w:p>
    <w:p>
      <w:pPr>
        <w:pStyle w:val="ListBullet"/>
      </w:pPr>
      <w:r>
        <w:t>在照片网格上进行双指缩放 / 点击改变列数；</w:t>
      </w:r>
    </w:p>
    <w:p>
      <w:pPr>
        <w:pStyle w:val="ListBullet"/>
      </w:pPr>
      <w:r>
        <w:t>使用真实年份 / 月份 Time Index 快速跳转历史照片；</w:t>
      </w:r>
    </w:p>
    <w:p>
      <w:pPr>
        <w:pStyle w:val="ListBullet"/>
      </w:pPr>
      <w:r>
        <w:t>滚动照片时 Time Index 自动跟随当前位置；</w:t>
      </w:r>
    </w:p>
    <w:p>
      <w:pPr>
        <w:pStyle w:val="ListBullet"/>
      </w:pPr>
      <w:r>
        <w:t>在有限相册权限模式下进入系统权限管理。</w:t>
      </w:r>
    </w:p>
    <w:p>
      <w:pPr>
        <w:pStyle w:val="Heading3"/>
        <w:keepNext/>
        <w:keepLines/>
      </w:pPr>
      <w:r>
        <w:rPr/>
        <w:t>Time Index</w:t>
      </w:r>
    </w:p>
    <w:p>
      <w:pPr>
        <w:spacing w:after="100" w:line="276" w:lineRule="auto"/>
      </w:pPr>
      <w:r>
        <w:t>Time Index 使用 Apple Photos 实际拍摄时间范围：</w:t>
      </w:r>
    </w:p>
    <w:p>
      <w:pPr>
        <w:pStyle w:val="ListBullet"/>
      </w:pPr>
      <w:r>
        <w:t>识别最早 / 最新照片时间；</w:t>
      </w:r>
    </w:p>
    <w:p>
      <w:pPr>
        <w:pStyle w:val="ListBullet"/>
      </w:pPr>
      <w:r>
        <w:t>展示真实年份；</w:t>
      </w:r>
    </w:p>
    <w:p>
      <w:pPr>
        <w:pStyle w:val="ListBullet"/>
      </w:pPr>
      <w:r>
        <w:t>选年份后可继续选月份；</w:t>
      </w:r>
    </w:p>
    <w:p>
      <w:pPr>
        <w:pStyle w:val="ListBullet"/>
      </w:pPr>
      <w:r>
        <w:t>跳转后尽量将目标日期附近照片置于当前窗口；</w:t>
      </w:r>
    </w:p>
    <w:p>
      <w:pPr>
        <w:pStyle w:val="ListBullet"/>
      </w:pPr>
      <w:r>
        <w:t>可“回到最新”。</w:t>
      </w:r>
    </w:p>
    <w:p>
      <w:pPr>
        <w:pStyle w:val="Heading3"/>
        <w:keepNext/>
        <w:keepLines/>
      </w:pPr>
      <w:r>
        <w:rPr/>
        <w:t>读取照片信息</w:t>
      </w:r>
    </w:p>
    <w:p>
      <w:pPr>
        <w:spacing w:after="100" w:line="276" w:lineRule="auto"/>
      </w:pPr>
      <w:r>
        <w:t>继续创建前，应用读取所选照片：</w:t>
      </w:r>
    </w:p>
    <w:p>
      <w:pPr>
        <w:pStyle w:val="ListBullet"/>
      </w:pPr>
      <w:r>
        <w:t>assetId</w:t>
      </w:r>
    </w:p>
    <w:p>
      <w:pPr>
        <w:pStyle w:val="ListBullet"/>
      </w:pPr>
      <w:r>
        <w:t>asset URI / local URI</w:t>
      </w:r>
    </w:p>
    <w:p>
      <w:pPr>
        <w:pStyle w:val="ListBullet"/>
      </w:pPr>
      <w:r>
        <w:t>filename</w:t>
      </w:r>
    </w:p>
    <w:p>
      <w:pPr>
        <w:pStyle w:val="ListBullet"/>
      </w:pPr>
      <w:r>
        <w:t>creationTime</w:t>
      </w:r>
    </w:p>
    <w:p>
      <w:pPr>
        <w:pStyle w:val="ListBullet"/>
      </w:pPr>
      <w:r>
        <w:t>GPS</w:t>
      </w:r>
    </w:p>
    <w:p>
      <w:pPr>
        <w:pStyle w:val="ListBullet"/>
      </w:pPr>
      <w:r>
        <w:t>Live Photo 状态及 paired video</w:t>
      </w:r>
    </w:p>
    <w:p>
      <w:pPr>
        <w:pStyle w:val="Heading3"/>
        <w:keepNext/>
        <w:keepLines/>
      </w:pPr>
      <w:r>
        <w:rPr/>
        <w:t>异常</w:t>
      </w:r>
    </w:p>
    <w:p>
      <w:pPr>
        <w:pStyle w:val="ListBullet"/>
      </w:pPr>
      <w:r>
        <w:t>全部照片读取失败：提示用户换照片重试；</w:t>
      </w:r>
    </w:p>
    <w:p>
      <w:pPr>
        <w:pStyle w:val="ListBullet"/>
      </w:pPr>
      <w:r>
        <w:t>部分读取失败：告知成功 / 失败数量，允许用户继续使用成功读取的照片；</w:t>
      </w:r>
    </w:p>
    <w:p>
      <w:pPr>
        <w:pStyle w:val="ListBullet"/>
      </w:pPr>
      <w:r>
        <w:t>无 GPS：照片仍可继续创建，地点在编辑阶段处理。</w:t>
      </w:r>
    </w:p>
    <w:p>
      <w:pPr>
        <w:pBdr>
          <w:bottom w:val="single" w:sz="4" w:space="1" w:color="D1D5DB"/>
        </w:pBdr>
      </w:pPr>
    </w:p>
    <w:p>
      <w:pPr>
        <w:pStyle w:val="Heading2"/>
        <w:keepNext/>
        <w:keepLines/>
      </w:pPr>
      <w:r>
        <w:rPr/>
        <w:t>6.5 Memory 编辑器</w:t>
      </w:r>
    </w:p>
    <w:p>
      <w:pPr>
        <w:pStyle w:val="Heading3"/>
        <w:keepNext/>
        <w:keepLines/>
      </w:pPr>
      <w:r>
        <w:rPr/>
        <w:t>页面目标</w:t>
      </w:r>
    </w:p>
    <w:p>
      <w:pPr>
        <w:spacing w:after="100" w:line="276" w:lineRule="auto"/>
      </w:pPr>
      <w:r>
        <w:t>把所选照片整理成一个完整 Memory。</w:t>
      </w:r>
    </w:p>
    <w:p>
      <w:pPr>
        <w:pStyle w:val="Heading3"/>
        <w:keepNext/>
        <w:keepLines/>
      </w:pPr>
      <w:r>
        <w:rPr/>
        <w:t>6.5.1 多照片与顺序</w:t>
      </w:r>
    </w:p>
    <w:p>
      <w:pPr>
        <w:spacing w:after="100" w:line="276" w:lineRule="auto"/>
      </w:pPr>
      <w:r>
        <w:t>用户可：</w:t>
      </w:r>
    </w:p>
    <w:p>
      <w:pPr>
        <w:pStyle w:val="ListBullet"/>
      </w:pPr>
      <w:r>
        <w:t>查看 Memory 中的照片；</w:t>
      </w:r>
    </w:p>
    <w:p>
      <w:pPr>
        <w:pStyle w:val="ListBullet"/>
      </w:pPr>
      <w:r>
        <w:t>移除单张照片；</w:t>
      </w:r>
    </w:p>
    <w:p>
      <w:pPr>
        <w:pStyle w:val="ListBullet"/>
      </w:pPr>
      <w:r>
        <w:t>长按缩略图拖动改变顺序。</w:t>
      </w:r>
    </w:p>
    <w:p>
      <w:pPr>
        <w:pStyle w:val="Heading3"/>
        <w:spacing w:after="100" w:line="276" w:lineRule="auto"/>
      </w:pPr>
      <w:r>
        <w:rPr/>
        <w:t>规则：</w:t>
      </w:r>
    </w:p>
    <w:p>
      <w:pPr>
        <w:spacing w:before="60" w:after="100"/>
        <w:ind w:left="340" w:right="170"/>
        <w:shd w:fill="F9FAFB"/>
      </w:pPr>
      <w:r>
        <w:rPr>
          <w:i/>
          <w:color w:val="4B5563"/>
        </w:rPr>
        <w:t>排序第 1 张 = 地图照片点 + Memory Card + Memory Detail 默认首图。</w:t>
      </w:r>
    </w:p>
    <w:p>
      <w:pPr>
        <w:spacing w:after="100" w:line="276" w:lineRule="auto"/>
      </w:pPr>
      <w:r>
        <w:t>不再提供独立“设置封面”功能。</w:t>
      </w:r>
    </w:p>
    <w:p>
      <w:pPr>
        <w:spacing w:after="100" w:line="276" w:lineRule="auto"/>
      </w:pPr>
      <w:r>
        <w:t>至少保留 1 张照片。</w:t>
      </w:r>
    </w:p>
    <w:p>
      <w:pPr>
        <w:pStyle w:val="Heading3"/>
        <w:keepNext/>
        <w:keepLines/>
      </w:pPr>
      <w:r>
        <w:rPr/>
        <w:t>6.5.2 地点</w:t>
      </w:r>
    </w:p>
    <w:p>
      <w:pPr>
        <w:spacing w:after="100" w:line="276" w:lineRule="auto"/>
      </w:pPr>
      <w:r>
        <w:t>Memory 必须最终具有有效经纬度。</w:t>
      </w:r>
    </w:p>
    <w:p>
      <w:pPr>
        <w:pStyle w:val="Heading3"/>
        <w:spacing w:after="100" w:line="276" w:lineRule="auto"/>
      </w:pPr>
      <w:r>
        <w:rPr/>
        <w:t>来源：</w:t>
      </w:r>
    </w:p>
    <w:p>
      <w:pPr>
        <w:ind w:left="0" w:firstLine="0"/>
      </w:pPr>
      <w:r>
        <w:t xml:space="preserve">1. </w:t>
      </w:r>
      <w:r>
        <w:rPr>
          <w:b/>
        </w:rPr>
        <w:t>照片 GPS</w:t>
      </w:r>
      <w:r>
        <w:rPr/>
        <w:t>：优先使用照片位置；</w:t>
      </w:r>
    </w:p>
    <w:p>
      <w:pPr>
        <w:ind w:left="0" w:firstLine="0"/>
      </w:pPr>
      <w:r>
        <w:t xml:space="preserve">2. </w:t>
      </w:r>
      <w:r>
        <w:rPr>
          <w:b/>
        </w:rPr>
        <w:t>手动位置</w:t>
      </w:r>
      <w:r>
        <w:rPr/>
        <w:t>：无可用 GPS 时，用户在地图中补充地点。</w:t>
      </w:r>
    </w:p>
    <w:p>
      <w:pPr>
        <w:spacing w:after="100" w:line="276" w:lineRule="auto"/>
      </w:pPr>
      <w:r>
        <w:t>地点展示包括：</w:t>
      </w:r>
    </w:p>
    <w:p>
      <w:pPr>
        <w:pStyle w:val="ListBullet"/>
      </w:pPr>
      <w:r>
        <w:t>可读地点名称</w:t>
      </w:r>
    </w:p>
    <w:p>
      <w:pPr>
        <w:pStyle w:val="ListBullet"/>
      </w:pPr>
      <w:r>
        <w:t>原始 GPS</w:t>
      </w:r>
    </w:p>
    <w:p>
      <w:pPr>
        <w:pStyle w:val="ListBullet"/>
      </w:pPr>
      <w:r>
        <w:t>GPS 来源</w:t>
      </w:r>
    </w:p>
    <w:p>
      <w:pPr>
        <w:pStyle w:val="ListBullet"/>
      </w:pPr>
      <w:r>
        <w:t>地址服务 attribution（若有）</w:t>
      </w:r>
    </w:p>
    <w:p>
      <w:pPr>
        <w:spacing w:after="100" w:line="276" w:lineRule="auto"/>
      </w:pPr>
      <w:r>
        <w:t>地点名称允许用户手动编辑。</w:t>
      </w:r>
    </w:p>
    <w:p>
      <w:pPr>
        <w:spacing w:after="100" w:line="276" w:lineRule="auto"/>
      </w:pPr>
      <w:r>
        <w:t>逆地理编码失败不影响 GPS 保存。</w:t>
      </w:r>
    </w:p>
    <w:p>
      <w:pPr>
        <w:pStyle w:val="Heading3"/>
        <w:keepNext/>
        <w:keepLines/>
      </w:pPr>
      <w:r>
        <w:rPr/>
        <w:t>中国大陆地图显示</w:t>
      </w:r>
    </w:p>
    <w:p>
      <w:pPr>
        <w:spacing w:after="100" w:line="276" w:lineRule="auto"/>
      </w:pPr>
      <w:r>
        <w:t>代码包含 WGS84 → GCJ-02 的显示转换逻辑。</w:t>
      </w:r>
    </w:p>
    <w:p>
      <w:pPr>
        <w:pStyle w:val="ListBullet"/>
      </w:pPr>
      <w:r>
        <w:t>原始坐标继续保存；</w:t>
      </w:r>
    </w:p>
    <w:p>
      <w:pPr>
        <w:pStyle w:val="ListBullet"/>
      </w:pPr>
      <w:r>
        <w:t xml:space="preserve">在需要的情况下仅对地图展示坐标做 </w:t>
      </w:r>
      <w:r>
        <w:rPr>
          <w:rFonts w:ascii="Consolas" w:hAnsi="Consolas" w:eastAsia="Microsoft YaHei"/>
        </w:rPr>
        <w:t>china-corrected</w:t>
      </w:r>
      <w:r>
        <w:t>；</w:t>
      </w:r>
    </w:p>
    <w:p>
      <w:pPr>
        <w:pStyle w:val="ListBullet"/>
      </w:pPr>
      <w:r>
        <w:t>不应以转换后的展示坐标替代照片原始事实坐标。</w:t>
      </w:r>
    </w:p>
    <w:p>
      <w:pPr>
        <w:pStyle w:val="Heading3"/>
        <w:keepNext/>
        <w:keepLines/>
      </w:pPr>
      <w:r>
        <w:rPr/>
        <w:t>6.5.3 Memory 信息</w:t>
      </w:r>
    </w:p>
    <w:p>
      <w:pPr>
        <w:spacing w:after="100" w:line="276" w:lineRule="auto"/>
      </w:pPr>
      <w:r>
        <w:t>用户可编辑：</w:t>
      </w:r>
    </w:p>
    <w:p>
      <w:pPr>
        <w:pStyle w:val="ListBullet"/>
      </w:pPr>
      <w:r>
        <w:t>标题</w:t>
      </w:r>
    </w:p>
    <w:p>
      <w:pPr>
        <w:pStyle w:val="ListBullet"/>
      </w:pPr>
      <w:r>
        <w:t>分类</w:t>
      </w:r>
    </w:p>
    <w:p>
      <w:pPr>
        <w:pStyle w:val="ListBullet"/>
      </w:pPr>
      <w:r>
        <w:t>Marker / pin 颜色</w:t>
      </w:r>
    </w:p>
    <w:p>
      <w:pPr>
        <w:pStyle w:val="ListBullet"/>
      </w:pPr>
      <w:r>
        <w:t>描述 note</w:t>
      </w:r>
    </w:p>
    <w:p>
      <w:pPr>
        <w:pStyle w:val="ListBullet"/>
      </w:pPr>
      <w:r>
        <w:t>再来意愿</w:t>
      </w:r>
    </w:p>
    <w:p>
      <w:pPr>
        <w:pStyle w:val="ListBullet"/>
      </w:pPr>
      <w:r>
        <w:t>标签</w:t>
      </w:r>
    </w:p>
    <w:p>
      <w:pPr>
        <w:pStyle w:val="Heading3"/>
        <w:keepNext/>
        <w:keepLines/>
      </w:pPr>
      <w:r>
        <w:rPr/>
        <w:t>再来意愿</w:t>
      </w:r>
    </w:p>
    <w:p>
      <w:pPr>
        <w:spacing w:after="100" w:line="276" w:lineRule="auto"/>
      </w:pPr>
      <w:r>
        <w:t>固定选项：</w:t>
      </w:r>
    </w:p>
    <w:p>
      <w:pPr>
        <w:pStyle w:val="ListBullet"/>
      </w:pPr>
      <w:r>
        <w:t>一定会</w:t>
      </w:r>
    </w:p>
    <w:p>
      <w:pPr>
        <w:pStyle w:val="ListBullet"/>
      </w:pPr>
      <w:r>
        <w:t>也许会</w:t>
      </w:r>
    </w:p>
    <w:p>
      <w:pPr>
        <w:pStyle w:val="ListBullet"/>
      </w:pPr>
      <w:r>
        <w:t>不会</w:t>
      </w:r>
    </w:p>
    <w:p>
      <w:pPr>
        <w:pStyle w:val="ListBullet"/>
      </w:pPr>
      <w:r>
        <w:t>不适用</w:t>
      </w:r>
    </w:p>
    <w:p>
      <w:pPr>
        <w:pStyle w:val="Heading3"/>
        <w:keepNext/>
        <w:keepLines/>
      </w:pPr>
      <w:r>
        <w:rPr/>
        <w:t>标签</w:t>
      </w:r>
    </w:p>
    <w:p>
      <w:pPr>
        <w:spacing w:after="100" w:line="276" w:lineRule="auto"/>
      </w:pPr>
      <w:r>
        <w:t>用户可以：</w:t>
      </w:r>
    </w:p>
    <w:p>
      <w:pPr>
        <w:pStyle w:val="ListBullet"/>
      </w:pPr>
      <w:r>
        <w:t>选择预设 personal tags；</w:t>
      </w:r>
    </w:p>
    <w:p>
      <w:pPr>
        <w:pStyle w:val="ListBullet"/>
      </w:pPr>
      <w:r>
        <w:t>自定义一个新标签；</w:t>
      </w:r>
    </w:p>
    <w:p>
      <w:pPr>
        <w:pStyle w:val="ListBullet"/>
      </w:pPr>
      <w:r>
        <w:t>查看当前 Memory 已选择的标签。</w:t>
      </w:r>
    </w:p>
    <w:p>
      <w:pPr>
        <w:pStyle w:val="Heading3"/>
        <w:keepNext/>
        <w:keepLines/>
      </w:pPr>
      <w:r>
        <w:rPr/>
        <w:t>保存</w:t>
      </w:r>
    </w:p>
    <w:p>
      <w:pPr>
        <w:spacing w:after="100" w:line="276" w:lineRule="auto"/>
      </w:pPr>
      <w:r>
        <w:t>保存前必须满足：</w:t>
      </w:r>
    </w:p>
    <w:p>
      <w:pPr>
        <w:pStyle w:val="ListBullet"/>
      </w:pPr>
      <w:r>
        <w:t>至少 1 张照片；</w:t>
      </w:r>
    </w:p>
    <w:p>
      <w:pPr>
        <w:pStyle w:val="ListBullet"/>
      </w:pPr>
      <w:r>
        <w:t>Memory 有可用地点坐标。</w:t>
      </w:r>
    </w:p>
    <w:p>
      <w:pPr>
        <w:spacing w:after="100" w:line="276" w:lineRule="auto"/>
      </w:pPr>
      <w:r>
        <w:t>保存时：</w:t>
      </w:r>
    </w:p>
    <w:p>
      <w:pPr>
        <w:ind w:left="0" w:firstLine="0"/>
      </w:pPr>
      <w:r>
        <w:t xml:space="preserve">1. </w:t>
      </w:r>
      <w:r>
        <w:rPr/>
        <w:t>生成 / 更新 Memory；</w:t>
      </w:r>
    </w:p>
    <w:p>
      <w:pPr>
        <w:ind w:left="0" w:firstLine="0"/>
      </w:pPr>
      <w:r>
        <w:t xml:space="preserve">2. </w:t>
      </w:r>
      <w:r>
        <w:rPr/>
        <w:t>尝试将所有媒体归档至 Mappory 本地文档目录；</w:t>
      </w:r>
    </w:p>
    <w:p>
      <w:pPr>
        <w:ind w:left="0" w:firstLine="0"/>
      </w:pPr>
      <w:r>
        <w:t xml:space="preserve">3. </w:t>
      </w:r>
      <w:r>
        <w:rPr/>
        <w:t>持久化 Memory 数据；</w:t>
      </w:r>
    </w:p>
    <w:p>
      <w:pPr>
        <w:ind w:left="0" w:firstLine="0"/>
      </w:pPr>
      <w:r>
        <w:t xml:space="preserve">4. </w:t>
      </w:r>
      <w:r>
        <w:rPr/>
        <w:t>完成后返回主界面并在地图定位到新 Memory。</w:t>
      </w:r>
    </w:p>
    <w:p>
      <w:pPr>
        <w:spacing w:after="100" w:line="276" w:lineRule="auto"/>
      </w:pPr>
      <w:r>
        <w:t>如果部分媒体归档失败：</w:t>
      </w:r>
    </w:p>
    <w:p>
      <w:pPr>
        <w:pStyle w:val="ListBullet"/>
      </w:pPr>
      <w:r>
        <w:t>Memory 记录仍可保存；</w:t>
      </w:r>
    </w:p>
    <w:p>
      <w:pPr>
        <w:pStyle w:val="ListBullet"/>
      </w:pPr>
      <w:r>
        <w:t>用户收到部分归档提示；</w:t>
      </w:r>
    </w:p>
    <w:p>
      <w:pPr>
        <w:pStyle w:val="ListBullet"/>
      </w:pPr>
      <w:r>
        <w:t>详情页显示具体归档状态。</w:t>
      </w:r>
    </w:p>
    <w:p>
      <w:pPr>
        <w:pBdr>
          <w:bottom w:val="single" w:sz="4" w:space="1" w:color="D1D5DB"/>
        </w:pBdr>
      </w:pPr>
    </w:p>
    <w:p>
      <w:pPr>
        <w:pStyle w:val="Heading2"/>
        <w:keepNext/>
        <w:keepLines/>
      </w:pPr>
      <w:r>
        <w:rPr/>
        <w:t>6.6 Memory Detail</w:t>
      </w:r>
    </w:p>
    <w:p>
      <w:pPr>
        <w:pStyle w:val="Heading3"/>
        <w:keepNext/>
        <w:keepLines/>
      </w:pPr>
      <w:r>
        <w:rPr/>
        <w:t>页面目标</w:t>
      </w:r>
    </w:p>
    <w:p>
      <w:pPr>
        <w:spacing w:after="100" w:line="276" w:lineRule="auto"/>
      </w:pPr>
      <w:r>
        <w:t>完整查看一段 Memory 的媒体、意义和地点信息。</w:t>
      </w:r>
    </w:p>
    <w:p>
      <w:pPr>
        <w:pStyle w:val="Heading3"/>
        <w:keepNext/>
        <w:keepLines/>
      </w:pPr>
      <w:r>
        <w:rPr/>
        <w:t>页面结构</w:t>
      </w:r>
    </w:p>
    <w:p>
      <w:pPr>
        <w:pStyle w:val="Heading3"/>
        <w:keepNext/>
        <w:keepLines/>
      </w:pPr>
      <w:r>
        <w:rPr/>
        <w:t>A. 照片 / Live Photo Gallery</w:t>
      </w:r>
    </w:p>
    <w:p>
      <w:pPr>
        <w:pStyle w:val="ListBullet"/>
      </w:pPr>
      <w:r>
        <w:t>横向分页；</w:t>
      </w:r>
    </w:p>
    <w:p>
      <w:pPr>
        <w:pStyle w:val="ListBullet"/>
      </w:pPr>
      <w:r>
        <w:t>默认打开排序第 1 张；</w:t>
      </w:r>
    </w:p>
    <w:p>
      <w:pPr>
        <w:pStyle w:val="ListBullet"/>
      </w:pPr>
      <w:r>
        <w:t xml:space="preserve">多图时显示 </w:t>
      </w:r>
      <w:r>
        <w:rPr>
          <w:rFonts w:ascii="Consolas" w:hAnsi="Consolas" w:eastAsia="Microsoft YaHei"/>
        </w:rPr>
        <w:t>当前序号 / 总数</w:t>
      </w:r>
      <w:r>
        <w:t>；</w:t>
      </w:r>
    </w:p>
    <w:p>
      <w:pPr>
        <w:pStyle w:val="ListBullet"/>
      </w:pPr>
      <w:r>
        <w:t>提供缩略图条快速切换；</w:t>
      </w:r>
    </w:p>
    <w:p>
      <w:pPr>
        <w:pStyle w:val="ListBullet"/>
      </w:pPr>
      <w:r>
        <w:t xml:space="preserve">Live Photo 由 </w:t>
      </w:r>
      <w:r>
        <w:rPr>
          <w:rFonts w:ascii="Consolas" w:hAnsi="Consolas" w:eastAsia="Microsoft YaHei"/>
        </w:rPr>
        <w:t>LivePhotoView</w:t>
      </w:r>
      <w:r>
        <w:t xml:space="preserve"> 展示，失败时回退为静态照片。</w:t>
      </w:r>
    </w:p>
    <w:p>
      <w:pPr>
        <w:pStyle w:val="Heading3"/>
        <w:keepNext/>
        <w:keepLines/>
      </w:pPr>
      <w:r>
        <w:rPr/>
        <w:t>B. 基本信息</w:t>
      </w:r>
    </w:p>
    <w:p>
      <w:pPr>
        <w:pStyle w:val="ListBullet"/>
      </w:pPr>
      <w:r>
        <w:t>日期</w:t>
      </w:r>
    </w:p>
    <w:p>
      <w:pPr>
        <w:pStyle w:val="ListBullet"/>
      </w:pPr>
      <w:r>
        <w:t>标题</w:t>
      </w:r>
    </w:p>
    <w:p>
      <w:pPr>
        <w:pStyle w:val="ListBullet"/>
      </w:pPr>
      <w:r>
        <w:t>分类</w:t>
      </w:r>
    </w:p>
    <w:p>
      <w:pPr>
        <w:pStyle w:val="ListBullet"/>
      </w:pPr>
      <w:r>
        <w:t>再来意愿</w:t>
      </w:r>
    </w:p>
    <w:p>
      <w:pPr>
        <w:pStyle w:val="ListBullet"/>
      </w:pPr>
      <w:r>
        <w:t>照片数量</w:t>
      </w:r>
    </w:p>
    <w:p>
      <w:pPr>
        <w:pStyle w:val="ListBullet"/>
      </w:pPr>
      <w:r>
        <w:t>note</w:t>
      </w:r>
    </w:p>
    <w:p>
      <w:pPr>
        <w:pStyle w:val="ListBullet"/>
      </w:pPr>
      <w:r>
        <w:t>tags</w:t>
      </w:r>
    </w:p>
    <w:p>
      <w:pPr>
        <w:pStyle w:val="Heading3"/>
        <w:keepNext/>
        <w:keepLines/>
      </w:pPr>
      <w:r>
        <w:rPr/>
        <w:t>C. PLACE</w:t>
      </w:r>
    </w:p>
    <w:p>
      <w:pPr>
        <w:spacing w:after="100" w:line="276" w:lineRule="auto"/>
      </w:pPr>
      <w:r>
        <w:t>地点卡明确分层展示：</w:t>
      </w:r>
    </w:p>
    <w:p>
      <w:pPr>
        <w:ind w:left="0" w:firstLine="0"/>
      </w:pPr>
      <w:r>
        <w:t xml:space="preserve">1. </w:t>
      </w:r>
      <w:r>
        <w:rPr/>
        <w:t>国家 / Region / City 等主地点；</w:t>
      </w:r>
    </w:p>
    <w:p>
      <w:pPr>
        <w:ind w:left="0" w:firstLine="0"/>
      </w:pPr>
      <w:r>
        <w:t xml:space="preserve">2. </w:t>
      </w:r>
      <w:r>
        <w:rPr/>
        <w:t>District / Subregion 等次级区域；</w:t>
      </w:r>
    </w:p>
    <w:p>
      <w:pPr>
        <w:ind w:left="0" w:firstLine="0"/>
      </w:pPr>
      <w:r>
        <w:t xml:space="preserve">3. </w:t>
      </w:r>
      <w:r>
        <w:rPr/>
        <w:t>原始坐标；</w:t>
      </w:r>
    </w:p>
    <w:p>
      <w:pPr>
        <w:ind w:left="0" w:firstLine="0"/>
      </w:pPr>
      <w:r>
        <w:t xml:space="preserve">4. </w:t>
      </w:r>
      <w:r>
        <w:rPr/>
        <w:t>地点来源：照片 GPS / 手动标记；</w:t>
      </w:r>
    </w:p>
    <w:p>
      <w:pPr>
        <w:ind w:left="0" w:firstLine="0"/>
      </w:pPr>
      <w:r>
        <w:t xml:space="preserve">5. </w:t>
      </w:r>
      <w:r>
        <w:rPr/>
        <w:t>attribution（如存在）。</w:t>
      </w:r>
    </w:p>
    <w:p>
      <w:pPr>
        <w:spacing w:after="100" w:line="276" w:lineRule="auto"/>
      </w:pPr>
      <w:r>
        <w:t>地点名称识别失败时允许重新识别。</w:t>
      </w:r>
    </w:p>
    <w:p>
      <w:pPr>
        <w:pStyle w:val="Heading3"/>
        <w:keepNext/>
        <w:keepLines/>
      </w:pPr>
      <w:r>
        <w:rPr/>
        <w:t>D. LOCAL ARCHIVE</w:t>
      </w:r>
    </w:p>
    <w:p>
      <w:pPr>
        <w:spacing w:after="100" w:line="276" w:lineRule="auto"/>
      </w:pPr>
      <w:r>
        <w:t>显示：</w:t>
      </w:r>
    </w:p>
    <w:p>
      <w:pPr>
        <w:pStyle w:val="ListBullet"/>
      </w:pPr>
      <w:r>
        <w:t>完整归档数量 / 总数量；</w:t>
      </w:r>
    </w:p>
    <w:p>
      <w:pPr>
        <w:pStyle w:val="ListBullet"/>
      </w:pPr>
      <w:r>
        <w:t>是否全部本地归档；</w:t>
      </w:r>
    </w:p>
    <w:p>
      <w:pPr>
        <w:pStyle w:val="ListBullet"/>
      </w:pPr>
      <w:r>
        <w:t>partial / failed 状态说明；</w:t>
      </w:r>
    </w:p>
    <w:p>
      <w:pPr>
        <w:pStyle w:val="ListBullet"/>
      </w:pPr>
      <w:r>
        <w:t>未全部归档时提供重试操作。</w:t>
      </w:r>
    </w:p>
    <w:p>
      <w:pPr>
        <w:pStyle w:val="Heading3"/>
        <w:keepNext/>
        <w:keepLines/>
      </w:pPr>
      <w:r>
        <w:rPr/>
        <w:t>顶部操作</w:t>
      </w:r>
    </w:p>
    <w:p>
      <w:pPr>
        <w:pStyle w:val="ListBullet"/>
      </w:pPr>
      <w:r>
        <w:t>编辑</w:t>
      </w:r>
    </w:p>
    <w:p>
      <w:pPr>
        <w:pStyle w:val="ListBullet"/>
      </w:pPr>
      <w:r>
        <w:t>关闭</w:t>
      </w:r>
    </w:p>
    <w:p>
      <w:pPr>
        <w:pStyle w:val="Heading3"/>
        <w:keepNext/>
        <w:keepLines/>
      </w:pPr>
      <w:r>
        <w:rPr/>
        <w:t>删除</w:t>
      </w:r>
    </w:p>
    <w:p>
      <w:pPr>
        <w:spacing w:after="100" w:line="276" w:lineRule="auto"/>
      </w:pPr>
      <w:r>
        <w:t>用户可删除 Memory 记录；删除动作会同时尝试删除 Mappory 自己的本地归档目录。</w:t>
      </w:r>
    </w:p>
    <w:p>
      <w:pPr>
        <w:spacing w:after="100" w:line="276" w:lineRule="auto"/>
      </w:pPr>
      <w:r>
        <w:t>产品明确说明：</w:t>
      </w:r>
    </w:p>
    <w:p>
      <w:pPr>
        <w:spacing w:before="60" w:after="100"/>
        <w:ind w:left="340" w:right="170"/>
        <w:shd w:fill="F9FAFB"/>
      </w:pPr>
      <w:r>
        <w:rPr>
          <w:i/>
          <w:color w:val="4B5563"/>
        </w:rPr>
        <w:t>删除 Mappory 中的 Memory 不删除 Apple Photos 原图。</w:t>
      </w:r>
    </w:p>
    <w:p>
      <w:pPr>
        <w:pBdr>
          <w:bottom w:val="single" w:sz="4" w:space="1" w:color="D1D5DB"/>
        </w:pBdr>
      </w:pPr>
    </w:p>
    <w:p>
      <w:pPr>
        <w:pStyle w:val="Heading2"/>
        <w:keepNext/>
        <w:keepLines/>
      </w:pPr>
      <w:r>
        <w:rPr/>
        <w:t>6.7 本地媒体归档</w:t>
      </w:r>
    </w:p>
    <w:p>
      <w:pPr>
        <w:pStyle w:val="Heading3"/>
        <w:keepNext/>
        <w:keepLines/>
      </w:pPr>
      <w:r>
        <w:rPr/>
        <w:t>目标</w:t>
      </w:r>
    </w:p>
    <w:p>
      <w:pPr>
        <w:spacing w:after="100" w:line="276" w:lineRule="auto"/>
      </w:pPr>
      <w:r>
        <w:t>让 Memory 在条件允许时拥有独立于 Apple Photos 的本地媒体副本。</w:t>
      </w:r>
    </w:p>
    <w:p>
      <w:pPr>
        <w:pStyle w:val="Heading3"/>
        <w:keepNext/>
        <w:keepLines/>
      </w:pPr>
      <w:r>
        <w:rPr/>
        <w:t>普通照片</w:t>
      </w:r>
    </w:p>
    <w:p>
      <w:pPr>
        <w:spacing w:after="100" w:line="276" w:lineRule="auto"/>
      </w:pPr>
      <w:r>
        <w:t>如果系统能够获得本地照片 URI：</w:t>
      </w:r>
    </w:p>
    <w:p>
      <w:pPr>
        <w:pStyle w:val="ListBullet"/>
      </w:pPr>
      <w:r>
        <w:t>复制至 Mappory documentDirectory；</w:t>
      </w:r>
    </w:p>
    <w:p>
      <w:pPr>
        <w:pStyle w:val="ListBullet"/>
      </w:pPr>
      <w:r>
        <w:t xml:space="preserve">标记为 </w:t>
      </w:r>
      <w:r>
        <w:rPr>
          <w:rFonts w:ascii="Consolas" w:hAnsi="Consolas" w:eastAsia="Microsoft YaHei"/>
        </w:rPr>
        <w:t>archived</w:t>
      </w:r>
      <w:r>
        <w:t>。</w:t>
      </w:r>
    </w:p>
    <w:p>
      <w:pPr>
        <w:pStyle w:val="Heading3"/>
        <w:keepNext/>
        <w:keepLines/>
      </w:pPr>
      <w:r>
        <w:rPr/>
        <w:t>Live Photo</w:t>
      </w:r>
    </w:p>
    <w:p>
      <w:pPr>
        <w:spacing w:after="100" w:line="276" w:lineRule="auto"/>
      </w:pPr>
      <w:r>
        <w:t>Live Photo 包含：</w:t>
      </w:r>
    </w:p>
    <w:p>
      <w:pPr>
        <w:pStyle w:val="ListBullet"/>
      </w:pPr>
      <w:r>
        <w:t>静态照片</w:t>
      </w:r>
    </w:p>
    <w:p>
      <w:pPr>
        <w:pStyle w:val="ListBullet"/>
      </w:pPr>
      <w:r>
        <w:t>paired video</w:t>
      </w:r>
    </w:p>
    <w:p>
      <w:pPr>
        <w:spacing w:after="100" w:line="276" w:lineRule="auto"/>
      </w:pPr>
      <w:r>
        <w:t>归档规则：</w:t>
      </w:r>
    </w:p>
    <w:p>
      <w:pPr>
        <w:pStyle w:val="ListBullet"/>
      </w:pPr>
      <w:r>
        <w:t>两者都成功：</w:t>
      </w:r>
      <w:r>
        <w:rPr>
          <w:rFonts w:ascii="Consolas" w:hAnsi="Consolas" w:eastAsia="Microsoft YaHei"/>
        </w:rPr>
        <w:t>archived</w:t>
      </w:r>
    </w:p>
    <w:p>
      <w:pPr>
        <w:pStyle w:val="ListBullet"/>
      </w:pPr>
      <w:r>
        <w:t>静态照片成功但 paired video 无法复制：</w:t>
      </w:r>
      <w:r>
        <w:rPr>
          <w:rFonts w:ascii="Consolas" w:hAnsi="Consolas" w:eastAsia="Microsoft YaHei"/>
        </w:rPr>
        <w:t>partial</w:t>
      </w:r>
    </w:p>
    <w:p>
      <w:pPr>
        <w:pStyle w:val="ListBullet"/>
      </w:pPr>
      <w:r>
        <w:t>均失败：</w:t>
      </w:r>
      <w:r>
        <w:rPr>
          <w:rFonts w:ascii="Consolas" w:hAnsi="Consolas" w:eastAsia="Microsoft YaHei"/>
        </w:rPr>
        <w:t>failed</w:t>
      </w:r>
    </w:p>
    <w:p>
      <w:pPr>
        <w:pStyle w:val="ListBullet"/>
      </w:pPr>
      <w:r>
        <w:t>尚未独立归档：</w:t>
      </w:r>
      <w:r>
        <w:rPr>
          <w:rFonts w:ascii="Consolas" w:hAnsi="Consolas" w:eastAsia="Microsoft YaHei"/>
        </w:rPr>
        <w:t>reference-only</w:t>
      </w:r>
    </w:p>
    <w:p>
      <w:pPr>
        <w:pStyle w:val="Heading3"/>
        <w:keepNext/>
        <w:keepLines/>
      </w:pPr>
      <w:r>
        <w:rPr/>
        <w:t>失败容错</w:t>
      </w:r>
    </w:p>
    <w:p>
      <w:pPr>
        <w:spacing w:after="100" w:line="276" w:lineRule="auto"/>
      </w:pPr>
      <w:r>
        <w:t>归档失败不能阻塞删除 Memory，也不能导致应用崩溃。</w:t>
      </w:r>
    </w:p>
    <w:p>
      <w:pPr>
        <w:pBdr>
          <w:bottom w:val="single" w:sz="4" w:space="1" w:color="D1D5DB"/>
        </w:pBdr>
      </w:pPr>
    </w:p>
    <w:p>
      <w:pPr>
        <w:pStyle w:val="Heading2"/>
        <w:keepNext/>
        <w:keepLines/>
      </w:pPr>
      <w:r>
        <w:rPr/>
        <w:t>6.8 分类管理</w:t>
      </w:r>
    </w:p>
    <w:p>
      <w:pPr>
        <w:pStyle w:val="Heading3"/>
        <w:keepNext/>
        <w:keepLines/>
      </w:pPr>
      <w:r>
        <w:rPr/>
        <w:t>用户能力</w:t>
      </w:r>
    </w:p>
    <w:p>
      <w:pPr>
        <w:pStyle w:val="ListBullet"/>
      </w:pPr>
      <w:r>
        <w:t>查看现有分类；</w:t>
      </w:r>
    </w:p>
    <w:p>
      <w:pPr>
        <w:pStyle w:val="ListBullet"/>
      </w:pPr>
      <w:r>
        <w:t>新建分类；</w:t>
      </w:r>
    </w:p>
    <w:p>
      <w:pPr>
        <w:pStyle w:val="ListBullet"/>
      </w:pPr>
      <w:r>
        <w:t>修改分类；</w:t>
      </w:r>
    </w:p>
    <w:p>
      <w:pPr>
        <w:pStyle w:val="ListBullet"/>
      </w:pPr>
      <w:r>
        <w:t>删除非保护分类；</w:t>
      </w:r>
    </w:p>
    <w:p>
      <w:pPr>
        <w:pStyle w:val="ListBullet"/>
      </w:pPr>
      <w:r>
        <w:t>为分类设置 name / color / symbol。</w:t>
      </w:r>
    </w:p>
    <w:p>
      <w:pPr>
        <w:pStyle w:val="Heading3"/>
        <w:keepNext/>
        <w:keepLines/>
      </w:pPr>
      <w:r>
        <w:rPr/>
        <w:t>删除分类</w:t>
      </w:r>
    </w:p>
    <w:p>
      <w:pPr>
        <w:spacing w:after="100" w:line="276" w:lineRule="auto"/>
      </w:pPr>
      <w:r>
        <w:t xml:space="preserve">删除分类时，原属于该分类的 Memory 迁移到 </w:t>
      </w:r>
      <w:r>
        <w:rPr>
          <w:rFonts w:ascii="Consolas" w:hAnsi="Consolas" w:eastAsia="Microsoft YaHei"/>
        </w:rPr>
        <w:t>uncategorized</w:t>
      </w:r>
      <w:r>
        <w:t>。</w:t>
      </w:r>
    </w:p>
    <w:p>
      <w:pPr>
        <w:spacing w:after="100" w:line="276" w:lineRule="auto"/>
      </w:pPr>
      <w:r>
        <w:rPr>
          <w:rFonts w:ascii="Consolas" w:hAnsi="Consolas" w:eastAsia="Microsoft YaHei"/>
        </w:rPr>
        <w:t>uncategorized</w:t>
      </w:r>
      <w:r>
        <w:t xml:space="preserve"> 为兜底分类，不允许删除。</w:t>
      </w:r>
    </w:p>
    <w:p>
      <w:pPr>
        <w:pStyle w:val="Heading3"/>
        <w:keepNext/>
        <w:keepLines/>
      </w:pPr>
      <w:r>
        <w:rPr/>
        <w:t>筛选同步</w:t>
      </w:r>
    </w:p>
    <w:p>
      <w:pPr>
        <w:spacing w:after="100" w:line="276" w:lineRule="auto"/>
      </w:pPr>
      <w:r>
        <w:t xml:space="preserve">地图和 Memory List 使用同一个 </w:t>
      </w:r>
      <w:r>
        <w:rPr>
          <w:rFonts w:ascii="Consolas" w:hAnsi="Consolas" w:eastAsia="Microsoft YaHei"/>
        </w:rPr>
        <w:t>activeCategory</w:t>
      </w:r>
      <w:r>
        <w:t xml:space="preserve"> 状态逻辑：</w:t>
      </w:r>
    </w:p>
    <w:p>
      <w:pPr>
        <w:pStyle w:val="ListBullet"/>
      </w:pPr>
      <w:r>
        <w:t>全部</w:t>
      </w:r>
    </w:p>
    <w:p>
      <w:pPr>
        <w:pStyle w:val="ListBullet"/>
      </w:pPr>
      <w:r>
        <w:t>某个具体分类</w:t>
      </w:r>
    </w:p>
    <w:p>
      <w:pPr>
        <w:pBdr>
          <w:bottom w:val="single" w:sz="4" w:space="1" w:color="D1D5DB"/>
        </w:pBdr>
      </w:pPr>
    </w:p>
    <w:p>
      <w:pPr>
        <w:pStyle w:val="Heading2"/>
        <w:keepNext/>
        <w:keepLines/>
      </w:pPr>
      <w:r>
        <w:rPr/>
        <w:t>6.9 深色 / 浅色模式</w:t>
      </w:r>
    </w:p>
    <w:p>
      <w:pPr>
        <w:pStyle w:val="Heading3"/>
        <w:keepNext/>
        <w:keepLines/>
      </w:pPr>
      <w:r>
        <w:rPr/>
        <w:t>能力</w:t>
      </w:r>
    </w:p>
    <w:p>
      <w:pPr>
        <w:spacing w:after="100" w:line="276" w:lineRule="auto"/>
      </w:pPr>
      <w:r>
        <w:t>用户可以在地图页和记忆页切换：</w:t>
      </w:r>
    </w:p>
    <w:p>
      <w:pPr>
        <w:pStyle w:val="ListBullet"/>
      </w:pPr>
      <w:r>
        <w:t>light</w:t>
      </w:r>
    </w:p>
    <w:p>
      <w:pPr>
        <w:pStyle w:val="ListBullet"/>
      </w:pPr>
      <w:r>
        <w:t>dark</w:t>
      </w:r>
    </w:p>
    <w:p>
      <w:pPr>
        <w:spacing w:after="100" w:line="276" w:lineRule="auto"/>
      </w:pPr>
      <w:r>
        <w:t>选择保存到本地并在下次启动恢复。</w:t>
      </w:r>
    </w:p>
    <w:p>
      <w:pPr>
        <w:spacing w:after="100" w:line="276" w:lineRule="auto"/>
      </w:pPr>
      <w:r>
        <w:t xml:space="preserve">地图本身根据模式切换 </w:t>
      </w:r>
      <w:r>
        <w:rPr>
          <w:rFonts w:ascii="Consolas" w:hAnsi="Consolas" w:eastAsia="Microsoft YaHei"/>
        </w:rPr>
        <w:t>userInterfaceStyle</w:t>
      </w:r>
      <w:r>
        <w:t>。</w:t>
      </w:r>
    </w:p>
    <w:p>
      <w:pPr>
        <w:pBdr>
          <w:bottom w:val="single" w:sz="4" w:space="1" w:color="D1D5DB"/>
        </w:pBdr>
      </w:pPr>
    </w:p>
    <w:p>
      <w:pPr>
        <w:pStyle w:val="Heading1"/>
        <w:keepNext/>
        <w:keepLines/>
      </w:pPr>
      <w:r>
        <w:rPr/>
        <w:t>7. 本地存储与数据迁移</w:t>
      </w:r>
    </w:p>
    <w:p>
      <w:pPr>
        <w:pStyle w:val="Heading2"/>
        <w:keepNext/>
        <w:keepLines/>
      </w:pPr>
      <w:r>
        <w:rPr/>
        <w:t>7.1 存储方式</w:t>
      </w:r>
    </w:p>
    <w:p>
      <w:pPr>
        <w:spacing w:after="100" w:line="276" w:lineRule="auto"/>
      </w:pPr>
      <w:r>
        <w:t>当前应用使用 Expo SQLite KV Store 存储：</w:t>
      </w:r>
    </w:p>
    <w:p>
      <w:pPr>
        <w:pStyle w:val="ListBullet"/>
      </w:pPr>
      <w:r>
        <w:t>Memories</w:t>
      </w:r>
    </w:p>
    <w:p>
      <w:pPr>
        <w:pStyle w:val="ListBullet"/>
      </w:pPr>
      <w:r>
        <w:t>Categories</w:t>
      </w:r>
    </w:p>
    <w:p>
      <w:pPr>
        <w:pStyle w:val="ListBullet"/>
      </w:pPr>
      <w:r>
        <w:t>Appearance</w:t>
      </w:r>
    </w:p>
    <w:p>
      <w:pPr>
        <w:spacing w:after="100" w:line="276" w:lineRule="auto"/>
      </w:pPr>
      <w:r>
        <w:t>媒体文件使用 Expo File System 保存在应用文档目录。</w:t>
      </w:r>
    </w:p>
    <w:p>
      <w:pPr>
        <w:pStyle w:val="Heading2"/>
        <w:keepNext/>
        <w:keepLines/>
      </w:pPr>
      <w:r>
        <w:rPr/>
        <w:t>7.2 历史数据兼容</w:t>
      </w:r>
    </w:p>
    <w:p>
      <w:pPr>
        <w:spacing w:after="100" w:line="276" w:lineRule="auto"/>
      </w:pPr>
      <w:r>
        <w:t xml:space="preserve">代码保留多个 Memory storage key 版本，并在加载时把旧版本数据迁移到当前 </w:t>
      </w:r>
      <w:r>
        <w:rPr>
          <w:rFonts w:ascii="Consolas" w:hAnsi="Consolas" w:eastAsia="Microsoft YaHei"/>
        </w:rPr>
        <w:t>v5</w:t>
      </w:r>
      <w:r>
        <w:t xml:space="preserve"> Memory 数据结构。</w:t>
      </w:r>
    </w:p>
    <w:p>
      <w:pPr>
        <w:spacing w:after="100" w:line="276" w:lineRule="auto"/>
      </w:pPr>
      <w:r>
        <w:t>目的：</w:t>
      </w:r>
    </w:p>
    <w:p>
      <w:pPr>
        <w:pStyle w:val="ListBullet"/>
      </w:pPr>
      <w:r>
        <w:t>保持已有用户测试数据可读；</w:t>
      </w:r>
    </w:p>
    <w:p>
      <w:pPr>
        <w:pStyle w:val="ListBullet"/>
      </w:pPr>
      <w:r>
        <w:t xml:space="preserve">将旧单照片 Memory 转为 </w:t>
      </w:r>
      <w:r>
        <w:rPr>
          <w:rFonts w:ascii="Consolas" w:hAnsi="Consolas" w:eastAsia="Microsoft YaHei"/>
        </w:rPr>
        <w:t>mediaItems[]</w:t>
      </w:r>
      <w:r>
        <w:t>；</w:t>
      </w:r>
    </w:p>
    <w:p>
      <w:pPr>
        <w:pStyle w:val="ListBullet"/>
      </w:pPr>
      <w:r>
        <w:t>保留旧 cover 字段镜像以兼容 UI。</w:t>
      </w:r>
    </w:p>
    <w:p>
      <w:pPr>
        <w:pBdr>
          <w:bottom w:val="single" w:sz="4" w:space="1" w:color="D1D5DB"/>
        </w:pBdr>
      </w:pPr>
    </w:p>
    <w:p>
      <w:pPr>
        <w:pStyle w:val="Heading1"/>
        <w:keepNext/>
        <w:keepLines/>
      </w:pPr>
      <w:r>
        <w:rPr/>
        <w:t>8. 状态与异常处理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shd w:fill="F3F4F6"/>
          </w:tcPr>
          <w:p>
            <w:r>
              <w:rPr>
                <w:b/>
                <w:sz w:val="18"/>
              </w:rPr>
              <w:t>场景</w:t>
            </w:r>
          </w:p>
        </w:tc>
        <w:tc>
          <w:tcPr>
            <w:tcW w:type="dxa" w:w="4873"/>
            <w:vAlign w:val="center"/>
            <w:shd w:fill="F3F4F6"/>
          </w:tcPr>
          <w:p>
            <w:r>
              <w:rPr>
                <w:b/>
                <w:sz w:val="18"/>
              </w:rPr>
              <w:t>系统行为</w:t>
            </w:r>
          </w:p>
        </w:tc>
      </w:tr>
      <w:tr>
        <w:tc>
          <w:tcPr>
            <w:tcW w:type="dxa" w:w="4873"/>
            <w:vAlign w:val="center"/>
          </w:tcPr>
          <w:p>
            <w:r>
              <w:rPr>
                <w:sz w:val="18"/>
              </w:rPr>
              <w:t>首次进入、无 Memory</w:t>
            </w:r>
          </w:p>
        </w:tc>
        <w:tc>
          <w:tcPr>
            <w:tcW w:type="dxa" w:w="4873"/>
            <w:vAlign w:val="center"/>
          </w:tcPr>
          <w:p>
            <w:r>
              <w:rPr>
                <w:sz w:val="18"/>
              </w:rPr>
              <w:t>地图显示空状态与“从相册添加” CTA</w:t>
            </w:r>
          </w:p>
        </w:tc>
      </w:tr>
      <w:tr>
        <w:tc>
          <w:tcPr>
            <w:tcW w:type="dxa" w:w="4873"/>
            <w:vAlign w:val="center"/>
          </w:tcPr>
          <w:p>
            <w:r>
              <w:rPr>
                <w:sz w:val="18"/>
              </w:rPr>
              <w:t>未授权相册</w:t>
            </w:r>
          </w:p>
        </w:tc>
        <w:tc>
          <w:tcPr>
            <w:tcW w:type="dxa" w:w="4873"/>
            <w:vAlign w:val="center"/>
          </w:tcPr>
          <w:p>
            <w:r>
              <w:rPr>
                <w:sz w:val="18"/>
              </w:rPr>
              <w:t>展示权限说明与授权按钮</w:t>
            </w:r>
          </w:p>
        </w:tc>
      </w:tr>
      <w:tr>
        <w:tc>
          <w:tcPr>
            <w:tcW w:type="dxa" w:w="4873"/>
            <w:vAlign w:val="center"/>
          </w:tcPr>
          <w:p>
            <w:r>
              <w:rPr>
                <w:sz w:val="18"/>
              </w:rPr>
              <w:t>部分照片读取失败</w:t>
            </w:r>
          </w:p>
        </w:tc>
        <w:tc>
          <w:tcPr>
            <w:tcW w:type="dxa" w:w="4873"/>
            <w:vAlign w:val="center"/>
          </w:tcPr>
          <w:p>
            <w:r>
              <w:rPr>
                <w:sz w:val="18"/>
              </w:rPr>
              <w:t>显示成功 / 失败数量，可继续成功项</w:t>
            </w:r>
          </w:p>
        </w:tc>
      </w:tr>
      <w:tr>
        <w:tc>
          <w:tcPr>
            <w:tcW w:type="dxa" w:w="4873"/>
            <w:vAlign w:val="center"/>
          </w:tcPr>
          <w:p>
            <w:r>
              <w:rPr>
                <w:sz w:val="18"/>
              </w:rPr>
              <w:t>所有照片读取失败</w:t>
            </w:r>
          </w:p>
        </w:tc>
        <w:tc>
          <w:tcPr>
            <w:tcW w:type="dxa" w:w="4873"/>
            <w:vAlign w:val="center"/>
          </w:tcPr>
          <w:p>
            <w:r>
              <w:rPr>
                <w:sz w:val="18"/>
              </w:rPr>
              <w:t>阻止继续并提示重试</w:t>
            </w:r>
          </w:p>
        </w:tc>
      </w:tr>
      <w:tr>
        <w:tc>
          <w:tcPr>
            <w:tcW w:type="dxa" w:w="4873"/>
            <w:vAlign w:val="center"/>
          </w:tcPr>
          <w:p>
            <w:r>
              <w:rPr>
                <w:sz w:val="18"/>
              </w:rPr>
              <w:t>照片无 GPS</w:t>
            </w:r>
          </w:p>
        </w:tc>
        <w:tc>
          <w:tcPr>
            <w:tcW w:type="dxa" w:w="4873"/>
            <w:vAlign w:val="center"/>
          </w:tcPr>
          <w:p>
            <w:r>
              <w:rPr>
                <w:sz w:val="18"/>
              </w:rPr>
              <w:t>允许进入编辑器并手动补地点</w:t>
            </w:r>
          </w:p>
        </w:tc>
      </w:tr>
      <w:tr>
        <w:tc>
          <w:tcPr>
            <w:tcW w:type="dxa" w:w="4873"/>
            <w:vAlign w:val="center"/>
          </w:tcPr>
          <w:p>
            <w:r>
              <w:rPr>
                <w:sz w:val="18"/>
              </w:rPr>
              <w:t>地点名称识别失败</w:t>
            </w:r>
          </w:p>
        </w:tc>
        <w:tc>
          <w:tcPr>
            <w:tcW w:type="dxa" w:w="4873"/>
            <w:vAlign w:val="center"/>
          </w:tcPr>
          <w:p>
            <w:r>
              <w:rPr>
                <w:sz w:val="18"/>
              </w:rPr>
              <w:t>保留原 GPS；允许手动改名称 / 重试识别</w:t>
            </w:r>
          </w:p>
        </w:tc>
      </w:tr>
      <w:tr>
        <w:tc>
          <w:tcPr>
            <w:tcW w:type="dxa" w:w="4873"/>
            <w:vAlign w:val="center"/>
          </w:tcPr>
          <w:p>
            <w:r>
              <w:rPr>
                <w:sz w:val="18"/>
              </w:rPr>
              <w:t>Memory 无有效坐标</w:t>
            </w:r>
          </w:p>
        </w:tc>
        <w:tc>
          <w:tcPr>
            <w:tcW w:type="dxa" w:w="4873"/>
            <w:vAlign w:val="center"/>
          </w:tcPr>
          <w:p>
            <w:r>
              <w:rPr>
                <w:sz w:val="18"/>
              </w:rPr>
              <w:t>阻止保存</w:t>
            </w:r>
          </w:p>
        </w:tc>
      </w:tr>
      <w:tr>
        <w:tc>
          <w:tcPr>
            <w:tcW w:type="dxa" w:w="4873"/>
            <w:vAlign w:val="center"/>
          </w:tcPr>
          <w:p>
            <w:r>
              <w:rPr>
                <w:sz w:val="18"/>
              </w:rPr>
              <w:t>Memory 照片被移除到 0 张</w:t>
            </w:r>
          </w:p>
        </w:tc>
        <w:tc>
          <w:tcPr>
            <w:tcW w:type="dxa" w:w="4873"/>
            <w:vAlign w:val="center"/>
          </w:tcPr>
          <w:p>
            <w:r>
              <w:rPr>
                <w:sz w:val="18"/>
              </w:rPr>
              <w:t>阻止操作，至少保留 1 张</w:t>
            </w:r>
          </w:p>
        </w:tc>
      </w:tr>
      <w:tr>
        <w:tc>
          <w:tcPr>
            <w:tcW w:type="dxa" w:w="4873"/>
            <w:vAlign w:val="center"/>
          </w:tcPr>
          <w:p>
            <w:r>
              <w:rPr>
                <w:sz w:val="18"/>
              </w:rPr>
              <w:t>Live Photo 视频无法归档</w:t>
            </w:r>
          </w:p>
        </w:tc>
        <w:tc>
          <w:tcPr>
            <w:tcW w:type="dxa" w:w="4873"/>
            <w:vAlign w:val="center"/>
          </w:tcPr>
          <w:p>
            <w:r>
              <w:rPr>
                <w:sz w:val="18"/>
              </w:rPr>
              <w:t>保存静态图，状态为 partial，并提醒保留 Apple Photos 原件</w:t>
            </w:r>
          </w:p>
        </w:tc>
      </w:tr>
      <w:tr>
        <w:tc>
          <w:tcPr>
            <w:tcW w:type="dxa" w:w="4873"/>
            <w:vAlign w:val="center"/>
          </w:tcPr>
          <w:p>
            <w:r>
              <w:rPr>
                <w:sz w:val="18"/>
              </w:rPr>
              <w:t>本地归档失败</w:t>
            </w:r>
          </w:p>
        </w:tc>
        <w:tc>
          <w:tcPr>
            <w:tcW w:type="dxa" w:w="4873"/>
            <w:vAlign w:val="center"/>
          </w:tcPr>
          <w:p>
            <w:r>
              <w:rPr>
                <w:sz w:val="18"/>
              </w:rPr>
              <w:t>Memory 可保存，详情展示失败状态并允许重试</w:t>
            </w:r>
          </w:p>
        </w:tc>
      </w:tr>
      <w:tr>
        <w:tc>
          <w:tcPr>
            <w:tcW w:type="dxa" w:w="4873"/>
            <w:vAlign w:val="center"/>
          </w:tcPr>
          <w:p>
            <w:r>
              <w:rPr>
                <w:sz w:val="18"/>
              </w:rPr>
              <w:t>删除 Memory</w:t>
            </w:r>
          </w:p>
        </w:tc>
        <w:tc>
          <w:tcPr>
            <w:tcW w:type="dxa" w:w="4873"/>
            <w:vAlign w:val="center"/>
          </w:tcPr>
          <w:p>
            <w:r>
              <w:rPr>
                <w:sz w:val="18"/>
              </w:rPr>
              <w:t>删除本地记录和 Mappory 归档，不删除 Apple Photos 原件</w:t>
            </w:r>
          </w:p>
        </w:tc>
      </w:tr>
    </w:tbl>
    <w:p>
      <w:pPr>
        <w:pBdr>
          <w:bottom w:val="single" w:sz="4" w:space="1" w:color="D1D5DB"/>
        </w:pBdr>
      </w:pPr>
    </w:p>
    <w:p>
      <w:pPr>
        <w:pStyle w:val="Heading1"/>
        <w:keepNext/>
        <w:keepLines/>
      </w:pPr>
      <w:r>
        <w:rPr/>
        <w:t>9. 当前版本中的关键交互规则</w:t>
      </w:r>
    </w:p>
    <w:p>
      <w:pPr>
        <w:pStyle w:val="Heading2"/>
        <w:keepNext/>
        <w:keepLines/>
      </w:pPr>
      <w:r>
        <w:rPr/>
        <w:t>规则 1：照片顺序就是展示优先级</w:t>
      </w:r>
    </w:p>
    <w:p>
      <w:pPr>
        <w:spacing w:after="100" w:line="276" w:lineRule="auto"/>
      </w:pPr>
      <w:r>
        <w:t>旧设计中独立“照片排序”和“封面照片”控制已合并。</w:t>
      </w:r>
    </w:p>
    <w:p>
      <w:pPr>
        <w:spacing w:before="60" w:after="100"/>
        <w:ind w:left="340" w:right="170"/>
        <w:shd w:fill="F9FAFB"/>
      </w:pPr>
      <w:r>
        <w:rPr>
          <w:i/>
          <w:color w:val="4B5563"/>
        </w:rPr>
        <w:t>第 1 张 = 展示图。</w:t>
      </w:r>
    </w:p>
    <w:p>
      <w:pPr>
        <w:spacing w:after="100" w:line="276" w:lineRule="auto"/>
      </w:pPr>
      <w:r>
        <w:t>这是 v0.6.6 后的核心规则。</w:t>
      </w:r>
    </w:p>
    <w:p>
      <w:pPr>
        <w:pStyle w:val="Heading2"/>
        <w:keepNext/>
        <w:keepLines/>
      </w:pPr>
      <w:r>
        <w:rPr/>
        <w:t>规则 2：时间必须是真实时间</w:t>
      </w:r>
    </w:p>
    <w:p>
      <w:pPr>
        <w:spacing w:after="100" w:line="276" w:lineRule="auto"/>
      </w:pPr>
      <w:r>
        <w:t>旧“照片百分比时间轴”已删除，改为实际的 Year / Month Time Index。</w:t>
      </w:r>
    </w:p>
    <w:p>
      <w:pPr>
        <w:pStyle w:val="Heading2"/>
        <w:keepNext/>
        <w:keepLines/>
      </w:pPr>
      <w:r>
        <w:rPr/>
        <w:t>规则 3：地点显示不覆盖 GPS 事实</w:t>
      </w:r>
    </w:p>
    <w:p>
      <w:pPr>
        <w:spacing w:after="100" w:line="276" w:lineRule="auto"/>
      </w:pPr>
      <w:r>
        <w:t>地点名称属于 reverse geocoding 结果，可以失败；GPS 是 Memory 事实层。</w:t>
      </w:r>
    </w:p>
    <w:p>
      <w:pPr>
        <w:pStyle w:val="Heading2"/>
        <w:keepNext/>
        <w:keepLines/>
      </w:pPr>
      <w:r>
        <w:rPr/>
        <w:t>规则 4：地图缩放影响 Marker 表现，不影响 Memory 本身</w:t>
      </w:r>
    </w:p>
    <w:p>
      <w:pPr>
        <w:spacing w:after="100" w:line="276" w:lineRule="auto"/>
      </w:pPr>
      <w:r>
        <w:t>近距离可展示照片 Marker，远距离使用简化圆点以降低地图视觉噪音。</w:t>
      </w:r>
    </w:p>
    <w:p>
      <w:pPr>
        <w:pBdr>
          <w:bottom w:val="single" w:sz="4" w:space="1" w:color="D1D5DB"/>
        </w:pBdr>
      </w:pPr>
    </w:p>
    <w:p>
      <w:pPr>
        <w:pStyle w:val="Heading1"/>
        <w:keepNext/>
        <w:keepLines/>
      </w:pPr>
      <w:r>
        <w:rPr/>
        <w:t>10. 当前版本未实现的能力</w:t>
      </w:r>
    </w:p>
    <w:p>
      <w:pPr>
        <w:spacing w:after="100" w:line="276" w:lineRule="auto"/>
      </w:pPr>
      <w:r>
        <w:t>以下能力</w:t>
      </w:r>
      <w:r>
        <w:rPr>
          <w:b/>
        </w:rPr>
        <w:t>不能从当前源码中得到支持</w:t>
      </w:r>
      <w:r>
        <w:t>，因此不作为 v0.6.8 PRD 已实现功能：</w:t>
      </w:r>
    </w:p>
    <w:p>
      <w:pPr>
        <w:pStyle w:val="ListBullet"/>
      </w:pPr>
      <w:r>
        <w:t>用户注册 / 登录</w:t>
      </w:r>
    </w:p>
    <w:p>
      <w:pPr>
        <w:pStyle w:val="ListBullet"/>
      </w:pPr>
      <w:r>
        <w:t>多设备云同步</w:t>
      </w:r>
    </w:p>
    <w:p>
      <w:pPr>
        <w:pStyle w:val="ListBullet"/>
      </w:pPr>
      <w:r>
        <w:t>社交关系 / 分享 / 评论</w:t>
      </w:r>
    </w:p>
    <w:p>
      <w:pPr>
        <w:pStyle w:val="ListBullet"/>
      </w:pPr>
      <w:r>
        <w:t>Web 版本</w:t>
      </w:r>
    </w:p>
    <w:p>
      <w:pPr>
        <w:pStyle w:val="ListBullet"/>
      </w:pPr>
      <w:r>
        <w:t>搜索 Memory / 地点的通用搜索框</w:t>
      </w:r>
    </w:p>
    <w:p>
      <w:pPr>
        <w:pStyle w:val="ListBullet"/>
      </w:pPr>
      <w:r>
        <w:t>AI 自动生成标题、标签或总结</w:t>
      </w:r>
    </w:p>
    <w:p>
      <w:pPr>
        <w:pStyle w:val="ListBullet"/>
      </w:pPr>
      <w:r>
        <w:t>自动识别人物</w:t>
      </w:r>
    </w:p>
    <w:p>
      <w:pPr>
        <w:pStyle w:val="ListBullet"/>
      </w:pPr>
      <w:r>
        <w:t>Memory 路线 / 旅行轨迹</w:t>
      </w:r>
    </w:p>
    <w:p>
      <w:pPr>
        <w:pStyle w:val="ListBullet"/>
      </w:pPr>
      <w:r>
        <w:t>第三方地图 POI 搜索</w:t>
      </w:r>
    </w:p>
    <w:p>
      <w:pPr>
        <w:pStyle w:val="ListBullet"/>
      </w:pPr>
      <w:r>
        <w:t>App Store 正式发布链路</w:t>
      </w:r>
    </w:p>
    <w:p>
      <w:pPr>
        <w:pStyle w:val="ListBullet"/>
      </w:pPr>
      <w:r>
        <w:t>服务端数据库</w:t>
      </w:r>
    </w:p>
    <w:p>
      <w:pPr>
        <w:pStyle w:val="ListBullet"/>
      </w:pPr>
      <w:r>
        <w:t>用户行为埋点与增长体系</w:t>
      </w:r>
    </w:p>
    <w:p>
      <w:pPr>
        <w:spacing w:after="100" w:line="276" w:lineRule="auto"/>
      </w:pPr>
      <w:r>
        <w:t>如果后续希望增加，应分别进入新的需求版本，而不是写入当前版本的“已实现功能”。</w:t>
      </w:r>
    </w:p>
    <w:p>
      <w:pPr>
        <w:pBdr>
          <w:bottom w:val="single" w:sz="4" w:space="1" w:color="D1D5DB"/>
        </w:pBdr>
      </w:pPr>
    </w:p>
    <w:p>
      <w:pPr>
        <w:pStyle w:val="Heading1"/>
        <w:keepNext/>
        <w:keepLines/>
      </w:pPr>
      <w:r>
        <w:rPr/>
        <w:t>11. MVP 核心用户流程</w:t>
      </w:r>
    </w:p>
    <w:p>
      <w:pPr>
        <w:pStyle w:val="Heading2"/>
        <w:keepNext/>
        <w:keepLines/>
      </w:pPr>
      <w:r>
        <w:rPr/>
        <w:t>流程 A：创建一段 Memory</w:t>
      </w:r>
    </w:p>
    <w:p>
      <w:pPr>
        <w:pStyle w:val="PRDCode"/>
        <w:shd w:fill="F3F4F6"/>
      </w:pPr>
      <w:r>
        <w:rPr>
          <w:rFonts w:ascii="Consolas" w:hAnsi="Consolas" w:eastAsia="Microsoft YaHei"/>
          <w:sz w:val="18"/>
        </w:rPr>
        <w:t>地图 / 记忆</w:t>
        <w:br/>
        <w:t>↓</w:t>
        <w:br/>
        <w:t>点击 ＋</w:t>
        <w:br/>
        <w:t>↓</w:t>
        <w:br/>
        <w:t>请求相册权限（若未授权）</w:t>
        <w:br/>
        <w:t>↓</w:t>
        <w:br/>
        <w:t>选择相簿 / Time Index 定位照片</w:t>
        <w:br/>
        <w:t>↓</w:t>
        <w:br/>
        <w:t>选择 1~N 张照片</w:t>
        <w:br/>
        <w:t>↓</w:t>
        <w:br/>
        <w:t>读取时间 / GPS / Live Photo 信息</w:t>
        <w:br/>
        <w:t>↓</w:t>
        <w:br/>
        <w:t>Memory Editor</w:t>
        <w:br/>
        <w:t>├─ 排照片顺序</w:t>
        <w:br/>
        <w:t>├─ 地点确认 / 手动标记</w:t>
        <w:br/>
        <w:t>├─ 标题</w:t>
        <w:br/>
        <w:t>├─ 分类</w:t>
        <w:br/>
        <w:t>├─ 描述</w:t>
        <w:br/>
        <w:t>├─ 再来意愿</w:t>
        <w:br/>
        <w:t>└─ 标签</w:t>
        <w:br/>
        <w:t>↓</w:t>
        <w:br/>
        <w:t>保存</w:t>
        <w:br/>
        <w:t>↓</w:t>
        <w:br/>
        <w:t>本地媒体归档</w:t>
        <w:br/>
        <w:t>↓</w:t>
        <w:br/>
        <w:t>Memory 数据持久化</w:t>
        <w:br/>
        <w:t>↓</w:t>
        <w:br/>
        <w:t>返回地图并定位新 Memory</w:t>
      </w:r>
    </w:p>
    <w:p>
      <w:pPr>
        <w:pStyle w:val="Heading2"/>
        <w:keepNext/>
        <w:keepLines/>
      </w:pPr>
      <w:r>
        <w:rPr/>
        <w:t>流程 B：重新发现 Memory</w:t>
      </w:r>
    </w:p>
    <w:p>
      <w:pPr>
        <w:pStyle w:val="PRDCode"/>
        <w:shd w:fill="F3F4F6"/>
      </w:pPr>
      <w:r>
        <w:rPr>
          <w:rFonts w:ascii="Consolas" w:hAnsi="Consolas" w:eastAsia="Microsoft YaHei"/>
          <w:sz w:val="18"/>
        </w:rPr>
        <w:t>方式 1：地图 → Marker → Preview → Detail</w:t>
        <w:br/>
        <w:br/>
        <w:t>方式 2：记忆 → 年份 → 月份 → Memory Card → Detail</w:t>
        <w:br/>
        <w:br/>
        <w:t>方式 3：分类筛选 → Memory → Detail</w:t>
      </w:r>
    </w:p>
    <w:p>
      <w:pPr>
        <w:pBdr>
          <w:bottom w:val="single" w:sz="4" w:space="1" w:color="D1D5DB"/>
        </w:pBdr>
      </w:pPr>
    </w:p>
    <w:p>
      <w:pPr>
        <w:pStyle w:val="Heading1"/>
        <w:keepNext/>
        <w:keepLines/>
      </w:pPr>
      <w:r>
        <w:rPr/>
        <w:t>12. 验收标准</w:t>
      </w:r>
    </w:p>
    <w:p>
      <w:pPr>
        <w:pStyle w:val="Heading2"/>
        <w:keepNext/>
        <w:keepLines/>
      </w:pPr>
      <w:r>
        <w:rPr/>
        <w:t>12.1 创建</w:t>
      </w:r>
    </w:p>
    <w:p>
      <w:pPr>
        <w:pStyle w:val="ListBullet"/>
      </w:pPr>
      <w:r>
        <w:t>用户可以一次选择多张照片；</w:t>
      </w:r>
    </w:p>
    <w:p>
      <w:pPr>
        <w:pStyle w:val="ListBullet"/>
      </w:pPr>
      <w:r>
        <w:t>选中照片能读取拍摄时间；</w:t>
      </w:r>
    </w:p>
    <w:p>
      <w:pPr>
        <w:pStyle w:val="ListBullet"/>
      </w:pPr>
      <w:r>
        <w:t>有 GPS 时能自动建立 Memory 坐标；</w:t>
      </w:r>
    </w:p>
    <w:p>
      <w:pPr>
        <w:pStyle w:val="ListBullet"/>
      </w:pPr>
      <w:r>
        <w:t>无 GPS 时可手动补地点；</w:t>
      </w:r>
    </w:p>
    <w:p>
      <w:pPr>
        <w:pStyle w:val="ListBullet"/>
      </w:pPr>
      <w:r>
        <w:t>少于 1 张照片时不能保存；</w:t>
      </w:r>
    </w:p>
    <w:p>
      <w:pPr>
        <w:pStyle w:val="ListBullet"/>
      </w:pPr>
      <w:r>
        <w:t>无有效地点坐标时不能保存；</w:t>
      </w:r>
    </w:p>
    <w:p>
      <w:pPr>
        <w:pStyle w:val="ListBullet"/>
      </w:pPr>
      <w:r>
        <w:t>调整顺序后第 1 张成为展示图；</w:t>
      </w:r>
    </w:p>
    <w:p>
      <w:pPr>
        <w:pStyle w:val="ListBullet"/>
      </w:pPr>
      <w:r>
        <w:t>保存后 Memory 能立即在地图 / 列表中出现。</w:t>
      </w:r>
    </w:p>
    <w:p>
      <w:pPr>
        <w:pStyle w:val="Heading2"/>
        <w:keepNext/>
        <w:keepLines/>
      </w:pPr>
      <w:r>
        <w:rPr/>
        <w:t>12.2 浏览</w:t>
      </w:r>
    </w:p>
    <w:p>
      <w:pPr>
        <w:pStyle w:val="ListBullet"/>
      </w:pPr>
      <w:r>
        <w:t>地图 Marker 点击后能显示 Preview；</w:t>
      </w:r>
    </w:p>
    <w:p>
      <w:pPr>
        <w:pStyle w:val="ListBullet"/>
      </w:pPr>
      <w:r>
        <w:t>Preview 能打开详情；</w:t>
      </w:r>
    </w:p>
    <w:p>
      <w:pPr>
        <w:pStyle w:val="ListBullet"/>
      </w:pPr>
      <w:r>
        <w:t>记忆页可以按年份 / 月份筛选；</w:t>
      </w:r>
    </w:p>
    <w:p>
      <w:pPr>
        <w:pStyle w:val="ListBullet"/>
      </w:pPr>
      <w:r>
        <w:t>分类筛选同时影响当前 Memory 集合；</w:t>
      </w:r>
    </w:p>
    <w:p>
      <w:pPr>
        <w:pStyle w:val="ListBullet"/>
      </w:pPr>
      <w:r>
        <w:t>深浅色切换生效并能持久保存。</w:t>
      </w:r>
    </w:p>
    <w:p>
      <w:pPr>
        <w:pStyle w:val="Heading2"/>
        <w:keepNext/>
        <w:keepLines/>
      </w:pPr>
      <w:r>
        <w:rPr/>
        <w:t>12.3 详情与编辑</w:t>
      </w:r>
    </w:p>
    <w:p>
      <w:pPr>
        <w:pStyle w:val="ListBullet"/>
      </w:pPr>
      <w:r>
        <w:t>多照片可水平翻页；</w:t>
      </w:r>
    </w:p>
    <w:p>
      <w:pPr>
        <w:pStyle w:val="ListBullet"/>
      </w:pPr>
      <w:r>
        <w:t>可以从详情进入编辑；</w:t>
      </w:r>
    </w:p>
    <w:p>
      <w:pPr>
        <w:pStyle w:val="ListBullet"/>
      </w:pPr>
      <w:r>
        <w:t>修改后信息更新；</w:t>
      </w:r>
    </w:p>
    <w:p>
      <w:pPr>
        <w:pStyle w:val="ListBullet"/>
      </w:pPr>
      <w:r>
        <w:t>地点卡始终能看到原始 GPS；</w:t>
      </w:r>
    </w:p>
    <w:p>
      <w:pPr>
        <w:pStyle w:val="ListBullet"/>
      </w:pPr>
      <w:r>
        <w:t>删除 Memory 后记录消失，但 Apple Photos 原件不被删除。</w:t>
      </w:r>
    </w:p>
    <w:p>
      <w:pPr>
        <w:pStyle w:val="Heading2"/>
        <w:keepNext/>
        <w:keepLines/>
      </w:pPr>
      <w:r>
        <w:rPr/>
        <w:t>12.4 本地归档</w:t>
      </w:r>
    </w:p>
    <w:p>
      <w:pPr>
        <w:pStyle w:val="ListBullet"/>
      </w:pPr>
      <w:r>
        <w:t>普通照片能在获得 localUri 时复制到应用本地目录；</w:t>
      </w:r>
    </w:p>
    <w:p>
      <w:pPr>
        <w:pStyle w:val="ListBullet"/>
      </w:pPr>
      <w:r>
        <w:t>Live Photo 完整 / 部分失败状态能被正确区分；</w:t>
      </w:r>
    </w:p>
    <w:p>
      <w:pPr>
        <w:pStyle w:val="ListBullet"/>
      </w:pPr>
      <w:r>
        <w:t>partial / failed 不阻止 Memory 数据保存；</w:t>
      </w:r>
    </w:p>
    <w:p>
      <w:pPr>
        <w:pStyle w:val="ListBullet"/>
      </w:pPr>
      <w:r>
        <w:t>未完全归档的 Memory 可以重试。</w:t>
      </w:r>
    </w:p>
    <w:p>
      <w:pPr>
        <w:pBdr>
          <w:bottom w:val="single" w:sz="4" w:space="1" w:color="D1D5DB"/>
        </w:pBdr>
      </w:pPr>
    </w:p>
    <w:p>
      <w:pPr>
        <w:pStyle w:val="Heading1"/>
        <w:keepNext/>
        <w:keepLines/>
      </w:pPr>
      <w:r>
        <w:rPr/>
        <w:t>13. 当前产品风险与待验证问题</w:t>
      </w:r>
    </w:p>
    <w:p>
      <w:pPr>
        <w:spacing w:after="100" w:line="276" w:lineRule="auto"/>
      </w:pPr>
      <w:r>
        <w:t>以下不是代码中的既定结论，而是基于当前 MVP 结构可以继续做产品验证的问题：</w:t>
      </w:r>
    </w:p>
    <w:p>
      <w:pPr>
        <w:ind w:left="0" w:firstLine="0"/>
      </w:pPr>
      <w:r>
        <w:t xml:space="preserve">1. </w:t>
      </w:r>
      <w:r>
        <w:rPr>
          <w:b/>
        </w:rPr>
        <w:t>创建成本是否过高？</w:t>
      </w:r>
    </w:p>
    <w:p>
      <w:pPr>
        <w:spacing w:after="100" w:line="276" w:lineRule="auto"/>
      </w:pPr>
      <w:r>
        <w:t>当前 Editor 同时包含照片顺序、地点、分类、颜色、描述、再来意愿、标签等信息，需要验证用户是否愿意一次填完。</w:t>
      </w:r>
    </w:p>
    <w:p>
      <w:pPr>
        <w:ind w:left="0" w:firstLine="0"/>
      </w:pPr>
      <w:r>
        <w:t xml:space="preserve">1. </w:t>
      </w:r>
      <w:r>
        <w:rPr>
          <w:b/>
        </w:rPr>
        <w:t>地图和时间哪个是真正的高频检索入口？</w:t>
      </w:r>
    </w:p>
    <w:p>
      <w:pPr>
        <w:spacing w:after="100" w:line="276" w:lineRule="auto"/>
      </w:pPr>
      <w:r>
        <w:t>当前两者权重接近，但还没有数据说明用户更常通过空间还是时间找回 Memory。</w:t>
      </w:r>
    </w:p>
    <w:p>
      <w:pPr>
        <w:ind w:left="0" w:firstLine="0"/>
      </w:pPr>
      <w:r>
        <w:t xml:space="preserve">1. </w:t>
      </w:r>
      <w:r>
        <w:rPr>
          <w:b/>
        </w:rPr>
        <w:t>“再来意愿”是否属于 Memory 的核心意义字段？</w:t>
      </w:r>
    </w:p>
    <w:p>
      <w:pPr>
        <w:spacing w:after="100" w:line="276" w:lineRule="auto"/>
      </w:pPr>
      <w:r>
        <w:t>当前已作为固定字段存在，需要验证它是否真的帮助用户回忆 / 决策，而不是额外负担。</w:t>
      </w:r>
    </w:p>
    <w:p>
      <w:pPr>
        <w:ind w:left="0" w:firstLine="0"/>
      </w:pPr>
      <w:r>
        <w:t xml:space="preserve">1. </w:t>
      </w:r>
      <w:r>
        <w:rPr>
          <w:b/>
        </w:rPr>
        <w:t>本地归档价值是否能被普通用户理解？</w:t>
      </w:r>
    </w:p>
    <w:p>
      <w:pPr>
        <w:spacing w:after="100" w:line="276" w:lineRule="auto"/>
      </w:pPr>
      <w:r>
        <w:t>当前技术设计很完整，但用户是否理解 archived / partial 的差异，需要进一步验证文案和使用价值。</w:t>
      </w:r>
    </w:p>
    <w:p>
      <w:pPr>
        <w:ind w:left="0" w:firstLine="0"/>
      </w:pPr>
      <w:r>
        <w:t xml:space="preserve">1. </w:t>
      </w:r>
      <w:r>
        <w:rPr>
          <w:b/>
        </w:rPr>
        <w:t>分类与自定义标签是否存在功能重叠？</w:t>
      </w:r>
    </w:p>
    <w:p>
      <w:pPr>
        <w:spacing w:after="100" w:line="276" w:lineRule="auto"/>
      </w:pPr>
      <w:r>
        <w:t>当前两者同时存在，需要观察用户如何分别使用。</w:t>
      </w:r>
    </w:p>
    <w:p>
      <w:pPr>
        <w:pBdr>
          <w:bottom w:val="single" w:sz="4" w:space="1" w:color="D1D5DB"/>
        </w:pBdr>
      </w:pPr>
    </w:p>
    <w:p>
      <w:pPr>
        <w:pStyle w:val="Heading1"/>
        <w:keepNext/>
        <w:keepLines/>
      </w:pPr>
      <w:r>
        <w:rPr/>
        <w:t>14. 版本边界</w:t>
      </w:r>
    </w:p>
    <w:p>
      <w:pPr>
        <w:spacing w:after="100" w:line="276" w:lineRule="auto"/>
      </w:pPr>
      <w:r>
        <w:t xml:space="preserve">本 PRD 描述的是 </w:t>
      </w:r>
      <w:r>
        <w:rPr>
          <w:b/>
        </w:rPr>
        <w:t>Mappory v0.6.8 当前代码已经形成的产品</w:t>
      </w:r>
      <w:r>
        <w:t>，而不是未来愿景文档。</w:t>
      </w:r>
    </w:p>
    <w:p>
      <w:pPr>
        <w:spacing w:after="100" w:line="276" w:lineRule="auto"/>
      </w:pPr>
      <w:r>
        <w:t>当前一句话 MVP 可以定义为：</w:t>
      </w:r>
    </w:p>
    <w:p>
      <w:pPr>
        <w:spacing w:before="60" w:after="100"/>
        <w:ind w:left="340" w:right="170"/>
        <w:shd w:fill="F9FAFB"/>
      </w:pPr>
      <w:r>
        <w:rPr>
          <w:i/>
          <w:color w:val="4B5563"/>
        </w:rPr>
        <w:t>**用户从 iPhone 相册选择一张或多张照片，把它们整理为带时间、地点与个人意义信息的一段 Memory，并通过地图、时间和分类重新发现这些记忆。**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 w:eastAsia="Microsoft YaHei"/>
        <w:color w:val="9CA3AF"/>
        <w:sz w:val="16"/>
      </w:rPr>
      <w:t>Mappory PRD v0.6.8 · 飞书导入版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 w:eastAsia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40"/>
      <w:outlineLvl w:val="0"/>
    </w:pPr>
    <w:rPr>
      <w:rFonts w:asciiTheme="majorHAnsi" w:eastAsiaTheme="majorEastAsia" w:hAnsiTheme="majorHAnsi" w:cstheme="majorBidi" w:ascii="Aptos" w:hAnsi="Aptos" w:eastAsia="Microsoft YaHei"/>
      <w:b/>
      <w:bCs/>
      <w:color w:val="111827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ptos" w:hAnsi="Aptos" w:eastAsia="Microsoft YaHei"/>
      <w:b/>
      <w:bCs/>
      <w:color w:val="1F2937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60"/>
      <w:outlineLvl w:val="2"/>
    </w:pPr>
    <w:rPr>
      <w:rFonts w:asciiTheme="majorHAnsi" w:eastAsiaTheme="majorEastAsia" w:hAnsiTheme="majorHAnsi" w:cstheme="majorBidi" w:ascii="Aptos" w:hAnsi="Aptos" w:eastAsia="Microsoft YaHei"/>
      <w:b/>
      <w:bCs/>
      <w:color w:val="374151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200" w:line="240" w:lineRule="auto" w:before="0"/>
      <w:contextualSpacing/>
    </w:pPr>
    <w:rPr>
      <w:rFonts w:asciiTheme="majorHAnsi" w:eastAsiaTheme="majorEastAsia" w:hAnsiTheme="majorHAnsi" w:cstheme="majorBidi" w:ascii="Aptos" w:hAnsi="Aptos" w:eastAsia="Microsoft YaHei"/>
      <w:b/>
      <w:color w:val="111827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RDCode">
    <w:name w:val="PRD Code"/>
    <w:pPr>
      <w:ind w:left="283" w:right="283"/>
    </w:pPr>
    <w:rPr>
      <w:rFonts w:ascii="Consolas" w:hAnsi="Consolas" w:eastAsia="Microsoft YaHei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